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60"/>
      </w:pPr>
      <w:r>
        <w:drawing>
          <wp:inline xmlns:a="http://schemas.openxmlformats.org/drawingml/2006/main" xmlns:pic="http://schemas.openxmlformats.org/drawingml/2006/picture">
            <wp:extent cx="1170432" cy="696087"/>
            <wp:docPr id="1" name="Picture 1" descr="WES Group"/>
            <wp:cNvGraphicFramePr>
              <a:graphicFrameLocks noChangeAspect="1"/>
            </wp:cNvGraphicFramePr>
            <a:graphic>
              <a:graphicData uri="http://schemas.openxmlformats.org/drawingml/2006/picture">
                <pic:pic>
                  <pic:nvPicPr>
                    <pic:cNvPr id="0" name="wes-group-mark-4096.png"/>
                    <pic:cNvPicPr/>
                  </pic:nvPicPr>
                  <pic:blipFill>
                    <a:blip r:embed="rId10"/>
                    <a:stretch>
                      <a:fillRect/>
                    </a:stretch>
                  </pic:blipFill>
                  <pic:spPr>
                    <a:xfrm>
                      <a:off x="0" y="0"/>
                      <a:ext cx="1170432" cy="696087"/>
                    </a:xfrm>
                    <a:prstGeom prst="rect"/>
                  </pic:spPr>
                </pic:pic>
              </a:graphicData>
            </a:graphic>
          </wp:inline>
        </w:drawing>
      </w:r>
    </w:p>
    <w:p>
      <w:pPr>
        <w:pStyle w:val="WESEyebrow"/>
        <w:spacing w:after="260"/>
      </w:pPr>
      <w:r>
        <w:t>STRATEGY  /  BRAND POSITIONING</w:t>
      </w:r>
    </w:p>
    <w:p>
      <w:pPr>
        <w:pStyle w:val="Title"/>
      </w:pPr>
      <w:r>
        <w:t>Brand positioning</w:t>
        <w:br/>
        <w:t>brief</w:t>
      </w:r>
    </w:p>
    <w:p>
      <w:pPr>
        <w:pStyle w:val="Subtitle"/>
        <w:spacing w:after="500"/>
      </w:pPr>
      <w:r>
        <w:t>A proposed framework for a clear position</w:t>
        <w:br/>
        <w:t>and a consistent market presence</w:t>
      </w:r>
    </w:p>
    <w:p>
      <w:pPr>
        <w:pStyle w:val="WESMeta"/>
        <w:spacing w:after="560"/>
      </w:pPr>
      <w:r>
        <w:t>Prepared for [Client name]</w:t>
        <w:br/>
        <w:t>Prepared by WES Group</w:t>
        <w:br/>
        <w:t>[Month Year]  |  [Version]</w:t>
      </w:r>
    </w:p>
    <w:p>
      <w:pPr>
        <w:spacing w:after="360"/>
      </w:pPr>
      <w:r>
        <w:drawing>
          <wp:inline xmlns:a="http://schemas.openxmlformats.org/drawingml/2006/main" xmlns:pic="http://schemas.openxmlformats.org/drawingml/2006/picture">
            <wp:extent cx="5806440" cy="1995964"/>
            <wp:docPr id="2" name="Replaceable project focus diagram" descr="Project focus: BP — Brand Positioning. Replace this picture with any of the five supplied scene images; all use the same proportions. Change the document title and content for the selected project."/>
            <wp:cNvGraphicFramePr>
              <a:graphicFrameLocks noChangeAspect="1"/>
            </wp:cNvGraphicFramePr>
            <a:graphic>
              <a:graphicData uri="http://schemas.openxmlformats.org/drawingml/2006/picture">
                <pic:pic>
                  <pic:nvPicPr>
                    <pic:cNvPr id="0" name="brand-positioning-focus.png"/>
                    <pic:cNvPicPr/>
                  </pic:nvPicPr>
                  <pic:blipFill>
                    <a:blip r:embed="rId11"/>
                    <a:stretch>
                      <a:fillRect/>
                    </a:stretch>
                  </pic:blipFill>
                  <pic:spPr>
                    <a:xfrm>
                      <a:off x="0" y="0"/>
                      <a:ext cx="5806440" cy="1995964"/>
                    </a:xfrm>
                    <a:prstGeom prst="rect"/>
                  </pic:spPr>
                </pic:pic>
              </a:graphicData>
            </a:graphic>
          </wp:inline>
        </w:drawing>
      </w:r>
    </w:p>
    <w:p>
      <w:pPr>
        <w:pStyle w:val="WESCoverIntro"/>
        <w:spacing w:after="740"/>
      </w:pPr>
      <w:r>
        <w:t>Define the position before planning how it appears across markets.</w:t>
      </w:r>
    </w:p>
    <w:p>
      <w:pPr>
        <w:pStyle w:val="WESEyebrow"/>
      </w:pPr>
      <w:r>
        <w:t>TRANSCENDING THE EQUILIBRIUM</w:t>
      </w:r>
    </w:p>
    <w:p>
      <w:pPr>
        <w:sectPr>
          <w:headerReference w:type="first" r:id="rId9"/>
          <w:pgSz w:w="11906" w:h="16838"/>
          <w:pgMar w:top="1123" w:right="1224" w:bottom="1037" w:left="1224" w:header="461" w:footer="490" w:gutter="0"/>
          <w:cols w:space="720"/>
          <w:titlePg/>
          <w:docGrid w:linePitch="360"/>
        </w:sectPr>
      </w:pPr>
    </w:p>
    <w:p>
      <w:pPr>
        <w:pStyle w:val="WESSection"/>
      </w:pPr>
      <w:r>
        <w:t>01</w:t>
      </w:r>
    </w:p>
    <w:p>
      <w:pPr>
        <w:pStyle w:val="Heading1"/>
      </w:pPr>
      <w:r>
        <w:t>The position to define</w:t>
      </w:r>
    </w:p>
    <w:p>
      <w:r>
        <w:t>The first decision is the position the brand should own. This brief proposes a starting framework for agreeing that position before developing messages, local market adaptations and delivery materials.</w:t>
      </w:r>
    </w:p>
    <w:p>
      <w:r>
        <w:t>The proposed sequence begins with the audience and the commercial problem. Evidence should then support a specific promise that the client can deliver consistently. The final wording, markets and scope remain subject to client review.</w:t>
      </w:r>
    </w:p>
    <w:p>
      <w:pPr>
        <w:pStyle w:val="Heading2"/>
      </w:pPr>
      <w:r>
        <w:t>Objectives</w:t>
      </w:r>
    </w:p>
    <w:p>
      <w:pPr>
        <w:pStyle w:val="ListBullet"/>
      </w:pPr>
      <w:r>
        <w:t>Agree a clear audience priority and the decision the brand needs to influence.</w:t>
      </w:r>
    </w:p>
    <w:p>
      <w:pPr>
        <w:pStyle w:val="ListBullet"/>
      </w:pPr>
      <w:r>
        <w:t>Define a credible promise and the evidence needed to support it.</w:t>
      </w:r>
    </w:p>
    <w:p>
      <w:pPr>
        <w:pStyle w:val="ListBullet"/>
      </w:pPr>
      <w:r>
        <w:t>Create a common basis for localised messaging and the first delivery plan.</w:t>
      </w:r>
    </w:p>
    <w:p>
      <w:pPr>
        <w:pStyle w:val="Heading2"/>
      </w:pPr>
      <w:r>
        <w:t>Audience and context</w:t>
      </w:r>
    </w:p>
    <w:p>
      <w:r>
        <w:t>Start with [priority audience] in [target market]. Record the audience’s role in the buying process, the outcome they seek and the concerns that may delay a decision. Separate observed needs from assumptions that still require validation.</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8"/>
        <w:gridCol w:w="6189"/>
      </w:tblGrid>
      <w:tr>
        <w:trPr>
          <w:cantSplit/>
          <w:tblHeader/>
        </w:trPr>
        <w:tc>
          <w:tcPr>
            <w:tcW w:type="dxa" w:w="3268"/>
            <w:vAlign w:val="center"/>
            <w:shd w:fill="232323"/>
            <w:tcMar>
              <w:top w:w="110" w:type="dxa"/>
              <w:left w:w="110" w:type="dxa"/>
              <w:bottom w:w="110" w:type="dxa"/>
              <w:right w:w="110" w:type="dxa"/>
            </w:tcMar>
          </w:tcPr>
          <w:p>
            <w:pPr>
              <w:pStyle w:val="WESTable"/>
            </w:pPr>
            <w:r>
              <w:rPr>
                <w:b/>
                <w:color w:val="FFFFFF"/>
              </w:rPr>
              <w:t>Question</w:t>
            </w:r>
          </w:p>
        </w:tc>
        <w:tc>
          <w:tcPr>
            <w:tcW w:type="dxa" w:w="6189"/>
            <w:vAlign w:val="center"/>
            <w:shd w:fill="232323"/>
            <w:tcMar>
              <w:top w:w="110" w:type="dxa"/>
              <w:left w:w="110" w:type="dxa"/>
              <w:bottom w:w="110" w:type="dxa"/>
              <w:right w:w="110" w:type="dxa"/>
            </w:tcMar>
          </w:tcPr>
          <w:p>
            <w:pPr>
              <w:pStyle w:val="WESTable"/>
            </w:pPr>
            <w:r>
              <w:rPr>
                <w:b/>
                <w:color w:val="FFFFFF"/>
              </w:rPr>
              <w:t>Evidence to gather</w:t>
            </w:r>
          </w:p>
        </w:tc>
      </w:tr>
      <w:tr>
        <w:trPr>
          <w:cantSplit/>
        </w:trPr>
        <w:tc>
          <w:tcPr>
            <w:tcW w:type="dxa" w:w="3268"/>
            <w:vAlign w:val="center"/>
            <w:shd w:fill="FFFFFF"/>
            <w:tcMar>
              <w:top w:w="110" w:type="dxa"/>
              <w:left w:w="110" w:type="dxa"/>
              <w:bottom w:w="110" w:type="dxa"/>
              <w:right w:w="110" w:type="dxa"/>
            </w:tcMar>
          </w:tcPr>
          <w:p>
            <w:pPr>
              <w:pStyle w:val="WESTable"/>
            </w:pPr>
            <w:r>
              <w:t>What is the audience trying to achieve?</w:t>
            </w:r>
          </w:p>
        </w:tc>
        <w:tc>
          <w:tcPr>
            <w:tcW w:type="dxa" w:w="6189"/>
            <w:vAlign w:val="center"/>
            <w:shd w:fill="FFFFFF"/>
            <w:tcMar>
              <w:top w:w="110" w:type="dxa"/>
              <w:left w:w="110" w:type="dxa"/>
              <w:bottom w:w="110" w:type="dxa"/>
              <w:right w:w="110" w:type="dxa"/>
            </w:tcMar>
          </w:tcPr>
          <w:p>
            <w:pPr>
              <w:pStyle w:val="WESTable"/>
            </w:pPr>
            <w:r>
              <w:t>Client interviews, sales conversations and relevant customer feedback.</w:t>
            </w:r>
          </w:p>
        </w:tc>
      </w:tr>
      <w:tr>
        <w:trPr>
          <w:cantSplit/>
        </w:trPr>
        <w:tc>
          <w:tcPr>
            <w:tcW w:type="dxa" w:w="3268"/>
            <w:vAlign w:val="center"/>
            <w:shd w:fill="F7F6F2"/>
            <w:tcMar>
              <w:top w:w="110" w:type="dxa"/>
              <w:left w:w="110" w:type="dxa"/>
              <w:bottom w:w="110" w:type="dxa"/>
              <w:right w:w="110" w:type="dxa"/>
            </w:tcMar>
          </w:tcPr>
          <w:p>
            <w:pPr>
              <w:pStyle w:val="WESTable"/>
            </w:pPr>
            <w:r>
              <w:t>What alternatives do they consider?</w:t>
            </w:r>
          </w:p>
        </w:tc>
        <w:tc>
          <w:tcPr>
            <w:tcW w:type="dxa" w:w="6189"/>
            <w:vAlign w:val="center"/>
            <w:shd w:fill="F7F6F2"/>
            <w:tcMar>
              <w:top w:w="110" w:type="dxa"/>
              <w:left w:w="110" w:type="dxa"/>
              <w:bottom w:w="110" w:type="dxa"/>
              <w:right w:w="110" w:type="dxa"/>
            </w:tcMar>
          </w:tcPr>
          <w:p>
            <w:pPr>
              <w:pStyle w:val="WESTable"/>
            </w:pPr>
            <w:r>
              <w:t>Competitor propositions and the reasons customers switch or stay.</w:t>
            </w:r>
          </w:p>
        </w:tc>
      </w:tr>
      <w:tr>
        <w:trPr>
          <w:cantSplit/>
        </w:trPr>
        <w:tc>
          <w:tcPr>
            <w:tcW w:type="dxa" w:w="3268"/>
            <w:vAlign w:val="center"/>
            <w:shd w:fill="FFFFFF"/>
            <w:tcMar>
              <w:top w:w="110" w:type="dxa"/>
              <w:left w:w="110" w:type="dxa"/>
              <w:bottom w:w="110" w:type="dxa"/>
              <w:right w:w="110" w:type="dxa"/>
            </w:tcMar>
          </w:tcPr>
          <w:p>
            <w:pPr>
              <w:pStyle w:val="WESTable"/>
            </w:pPr>
            <w:r>
              <w:t>What would make the promise credible?</w:t>
            </w:r>
          </w:p>
        </w:tc>
        <w:tc>
          <w:tcPr>
            <w:tcW w:type="dxa" w:w="6189"/>
            <w:vAlign w:val="center"/>
            <w:shd w:fill="FFFFFF"/>
            <w:tcMar>
              <w:top w:w="110" w:type="dxa"/>
              <w:left w:w="110" w:type="dxa"/>
              <w:bottom w:w="110" w:type="dxa"/>
              <w:right w:w="110" w:type="dxa"/>
            </w:tcMar>
          </w:tcPr>
          <w:p>
            <w:pPr>
              <w:pStyle w:val="WESTable"/>
            </w:pPr>
            <w:r>
              <w:t>Approved evidence, delivery capabilities and usable examples.</w:t>
            </w:r>
          </w:p>
        </w:tc>
      </w:tr>
    </w:tbl>
    <w:p>
      <w:pPr>
        <w:spacing w:after="40"/>
      </w:pPr>
    </w:p>
    <w:p>
      <w:pPr>
        <w:pStyle w:val="Heading2"/>
      </w:pPr>
      <w:r>
        <w:t>Decision required</w:t>
      </w:r>
    </w:p>
    <w:p>
      <w:r>
        <w:t>Confirm one priority audience and one commercial problem for the first positioning round. Record secondary audiences separately so the initial proposition remains focused.</w:t>
      </w:r>
    </w:p>
    <w:p>
      <w:pPr>
        <w:pStyle w:val="WESSection"/>
        <w:pageBreakBefore/>
      </w:pPr>
      <w:r>
        <w:t>02</w:t>
      </w:r>
    </w:p>
    <w:p>
      <w:pPr>
        <w:pStyle w:val="Heading1"/>
      </w:pPr>
      <w:r>
        <w:t>The proposition and market expression</w:t>
      </w:r>
    </w:p>
    <w:p>
      <w:r>
        <w:t>A useful proposition makes the intended audience, benefit and reason to believe explicit. Treat the statement below as a working structure, then test the wording against client evidence and audience feedback.</w:t>
      </w:r>
    </w:p>
    <w:p>
      <w:pPr>
        <w:pStyle w:val="Heading2"/>
      </w:pPr>
      <w:r>
        <w:t>Working proposition</w:t>
      </w:r>
    </w:p>
    <w:p>
      <w:r>
        <w:t>For [priority audience] who need [relevant outcome], [Client brand] offers [specific value]. This is credible because [approved evidence or capability].</w:t>
      </w:r>
    </w:p>
    <w:p>
      <w:pPr>
        <w:pStyle w:val="Heading2"/>
      </w:pPr>
      <w:r>
        <w:t>Message priorities</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56"/>
        <w:gridCol w:w="7302"/>
      </w:tblGrid>
      <w:tr>
        <w:trPr>
          <w:cantSplit/>
          <w:tblHeader/>
        </w:trPr>
        <w:tc>
          <w:tcPr>
            <w:tcW w:type="dxa" w:w="2156"/>
            <w:vAlign w:val="center"/>
            <w:shd w:fill="232323"/>
            <w:tcMar>
              <w:top w:w="110" w:type="dxa"/>
              <w:left w:w="110" w:type="dxa"/>
              <w:bottom w:w="110" w:type="dxa"/>
              <w:right w:w="110" w:type="dxa"/>
            </w:tcMar>
          </w:tcPr>
          <w:p>
            <w:pPr>
              <w:pStyle w:val="WESTable"/>
            </w:pPr>
            <w:r>
              <w:rPr>
                <w:b/>
                <w:color w:val="FFFFFF"/>
              </w:rPr>
              <w:t>Layer</w:t>
            </w:r>
          </w:p>
        </w:tc>
        <w:tc>
          <w:tcPr>
            <w:tcW w:type="dxa" w:w="7302"/>
            <w:vAlign w:val="center"/>
            <w:shd w:fill="232323"/>
            <w:tcMar>
              <w:top w:w="110" w:type="dxa"/>
              <w:left w:w="110" w:type="dxa"/>
              <w:bottom w:w="110" w:type="dxa"/>
              <w:right w:w="110" w:type="dxa"/>
            </w:tcMar>
          </w:tcPr>
          <w:p>
            <w:pPr>
              <w:pStyle w:val="WESTable"/>
            </w:pPr>
            <w:r>
              <w:rPr>
                <w:b/>
                <w:color w:val="FFFFFF"/>
              </w:rPr>
              <w:t>What the message should establish</w:t>
            </w:r>
          </w:p>
        </w:tc>
      </w:tr>
      <w:tr>
        <w:trPr>
          <w:cantSplit/>
        </w:trPr>
        <w:tc>
          <w:tcPr>
            <w:tcW w:type="dxa" w:w="2156"/>
            <w:vAlign w:val="center"/>
            <w:shd w:fill="FFFFFF"/>
            <w:tcMar>
              <w:top w:w="110" w:type="dxa"/>
              <w:left w:w="110" w:type="dxa"/>
              <w:bottom w:w="110" w:type="dxa"/>
              <w:right w:w="110" w:type="dxa"/>
            </w:tcMar>
          </w:tcPr>
          <w:p>
            <w:pPr>
              <w:pStyle w:val="WESTable"/>
            </w:pPr>
            <w:r>
              <w:t>Core promise</w:t>
            </w:r>
          </w:p>
        </w:tc>
        <w:tc>
          <w:tcPr>
            <w:tcW w:type="dxa" w:w="7302"/>
            <w:vAlign w:val="center"/>
            <w:shd w:fill="FFFFFF"/>
            <w:tcMar>
              <w:top w:w="110" w:type="dxa"/>
              <w:left w:w="110" w:type="dxa"/>
              <w:bottom w:w="110" w:type="dxa"/>
              <w:right w:w="110" w:type="dxa"/>
            </w:tcMar>
          </w:tcPr>
          <w:p>
            <w:pPr>
              <w:pStyle w:val="WESTable"/>
            </w:pPr>
            <w:r>
              <w:t>The specific value the audience should remember.</w:t>
            </w:r>
          </w:p>
        </w:tc>
      </w:tr>
      <w:tr>
        <w:trPr>
          <w:cantSplit/>
        </w:trPr>
        <w:tc>
          <w:tcPr>
            <w:tcW w:type="dxa" w:w="2156"/>
            <w:vAlign w:val="center"/>
            <w:shd w:fill="F7F6F2"/>
            <w:tcMar>
              <w:top w:w="110" w:type="dxa"/>
              <w:left w:w="110" w:type="dxa"/>
              <w:bottom w:w="110" w:type="dxa"/>
              <w:right w:w="110" w:type="dxa"/>
            </w:tcMar>
          </w:tcPr>
          <w:p>
            <w:pPr>
              <w:pStyle w:val="WESTable"/>
            </w:pPr>
            <w:r>
              <w:t>Supporting evidence</w:t>
            </w:r>
          </w:p>
        </w:tc>
        <w:tc>
          <w:tcPr>
            <w:tcW w:type="dxa" w:w="7302"/>
            <w:vAlign w:val="center"/>
            <w:shd w:fill="F7F6F2"/>
            <w:tcMar>
              <w:top w:w="110" w:type="dxa"/>
              <w:left w:w="110" w:type="dxa"/>
              <w:bottom w:w="110" w:type="dxa"/>
              <w:right w:w="110" w:type="dxa"/>
            </w:tcMar>
          </w:tcPr>
          <w:p>
            <w:pPr>
              <w:pStyle w:val="WESTable"/>
            </w:pPr>
            <w:r>
              <w:t>The proof that can be stated accurately and used with permission.</w:t>
            </w:r>
          </w:p>
        </w:tc>
      </w:tr>
      <w:tr>
        <w:trPr>
          <w:cantSplit/>
        </w:trPr>
        <w:tc>
          <w:tcPr>
            <w:tcW w:type="dxa" w:w="2156"/>
            <w:vAlign w:val="center"/>
            <w:shd w:fill="FFFFFF"/>
            <w:tcMar>
              <w:top w:w="110" w:type="dxa"/>
              <w:left w:w="110" w:type="dxa"/>
              <w:bottom w:w="110" w:type="dxa"/>
              <w:right w:w="110" w:type="dxa"/>
            </w:tcMar>
          </w:tcPr>
          <w:p>
            <w:pPr>
              <w:pStyle w:val="WESTable"/>
            </w:pPr>
            <w:r>
              <w:t>Next action</w:t>
            </w:r>
          </w:p>
        </w:tc>
        <w:tc>
          <w:tcPr>
            <w:tcW w:type="dxa" w:w="7302"/>
            <w:vAlign w:val="center"/>
            <w:shd w:fill="FFFFFF"/>
            <w:tcMar>
              <w:top w:w="110" w:type="dxa"/>
              <w:left w:w="110" w:type="dxa"/>
              <w:bottom w:w="110" w:type="dxa"/>
              <w:right w:w="110" w:type="dxa"/>
            </w:tcMar>
          </w:tcPr>
          <w:p>
            <w:pPr>
              <w:pStyle w:val="WESTable"/>
            </w:pPr>
            <w:r>
              <w:t>A relevant and proportionate next step for the audience.</w:t>
            </w:r>
          </w:p>
        </w:tc>
      </w:tr>
    </w:tbl>
    <w:p>
      <w:pPr>
        <w:spacing w:after="40"/>
      </w:pPr>
    </w:p>
    <w:p>
      <w:pPr>
        <w:pStyle w:val="Heading2"/>
      </w:pPr>
      <w:r>
        <w:t>Localisation approach</w:t>
      </w:r>
    </w:p>
    <w:p>
      <w:r>
        <w:t>Keep the core promise and evidence consistent across markets. Adapt the language, examples and channel expression where local context changes how the audience understands or evaluates the offer.</w:t>
      </w:r>
    </w:p>
    <w:p>
      <w:pPr>
        <w:pStyle w:val="ListBullet"/>
      </w:pPr>
      <w:r>
        <w:t>Confirm terminology with a reviewer who understands the target audience and market.</w:t>
      </w:r>
    </w:p>
    <w:p>
      <w:pPr>
        <w:pStyle w:val="ListBullet"/>
      </w:pPr>
      <w:r>
        <w:t>Check that examples and imagery are locally relevant and do not imply unsupported claims.</w:t>
      </w:r>
    </w:p>
    <w:p>
      <w:pPr>
        <w:pStyle w:val="ListBullet"/>
      </w:pPr>
      <w:r>
        <w:t>Review required disclosures and approval requirements with the appropriate client owner.</w:t>
      </w:r>
    </w:p>
    <w:p>
      <w:pPr>
        <w:pStyle w:val="Heading2"/>
      </w:pPr>
      <w:r>
        <w:t>Review criteria</w:t>
      </w:r>
    </w:p>
    <w:p>
      <w:r>
        <w:t>Assess each route for clarity, relevance, credibility and practical use. Prefer the route that the client can explain simply, substantiate and apply consistently. Capture disagreements with the evidence needed to resolve them.</w:t>
      </w:r>
    </w:p>
    <w:p>
      <w:pPr>
        <w:pStyle w:val="WESSection"/>
        <w:pageBreakBefore/>
      </w:pPr>
      <w:r>
        <w:t>03</w:t>
      </w:r>
    </w:p>
    <w:p>
      <w:pPr>
        <w:pStyle w:val="Heading1"/>
      </w:pPr>
      <w:r>
        <w:t>Scope and decisions</w:t>
      </w:r>
    </w:p>
    <w:p>
      <w:r>
        <w:t>The workplan below is a proposed sequence. Agree deliverables, responsibilities and timing with the client before work begins. Commercial terms and any additional services belong in the agreed scope.</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60"/>
        <w:gridCol w:w="4520"/>
        <w:gridCol w:w="3477"/>
      </w:tblGrid>
      <w:tr>
        <w:trPr>
          <w:cantSplit/>
          <w:tblHeader/>
        </w:trPr>
        <w:tc>
          <w:tcPr>
            <w:tcW w:type="dxa" w:w="1460"/>
            <w:vAlign w:val="center"/>
            <w:shd w:fill="232323"/>
            <w:tcMar>
              <w:top w:w="110" w:type="dxa"/>
              <w:left w:w="110" w:type="dxa"/>
              <w:bottom w:w="110" w:type="dxa"/>
              <w:right w:w="110" w:type="dxa"/>
            </w:tcMar>
          </w:tcPr>
          <w:p>
            <w:pPr>
              <w:pStyle w:val="WESTable"/>
            </w:pPr>
            <w:r>
              <w:rPr>
                <w:b/>
                <w:color w:val="FFFFFF"/>
              </w:rPr>
              <w:t>Stage</w:t>
            </w:r>
          </w:p>
        </w:tc>
        <w:tc>
          <w:tcPr>
            <w:tcW w:type="dxa" w:w="4520"/>
            <w:vAlign w:val="center"/>
            <w:shd w:fill="232323"/>
            <w:tcMar>
              <w:top w:w="110" w:type="dxa"/>
              <w:left w:w="110" w:type="dxa"/>
              <w:bottom w:w="110" w:type="dxa"/>
              <w:right w:w="110" w:type="dxa"/>
            </w:tcMar>
          </w:tcPr>
          <w:p>
            <w:pPr>
              <w:pStyle w:val="WESTable"/>
            </w:pPr>
            <w:r>
              <w:rPr>
                <w:b/>
                <w:color w:val="FFFFFF"/>
              </w:rPr>
              <w:t>Proposed output</w:t>
            </w:r>
          </w:p>
        </w:tc>
        <w:tc>
          <w:tcPr>
            <w:tcW w:type="dxa" w:w="3477"/>
            <w:vAlign w:val="center"/>
            <w:shd w:fill="232323"/>
            <w:tcMar>
              <w:top w:w="110" w:type="dxa"/>
              <w:left w:w="110" w:type="dxa"/>
              <w:bottom w:w="110" w:type="dxa"/>
              <w:right w:w="110" w:type="dxa"/>
            </w:tcMar>
          </w:tcPr>
          <w:p>
            <w:pPr>
              <w:pStyle w:val="WESTable"/>
            </w:pPr>
            <w:r>
              <w:rPr>
                <w:b/>
                <w:color w:val="FFFFFF"/>
              </w:rPr>
              <w:t>Review point</w:t>
            </w:r>
          </w:p>
        </w:tc>
      </w:tr>
      <w:tr>
        <w:trPr>
          <w:cantSplit/>
        </w:trPr>
        <w:tc>
          <w:tcPr>
            <w:tcW w:type="dxa" w:w="1460"/>
            <w:vAlign w:val="center"/>
            <w:shd w:fill="FFFFFF"/>
            <w:tcMar>
              <w:top w:w="110" w:type="dxa"/>
              <w:left w:w="110" w:type="dxa"/>
              <w:bottom w:w="110" w:type="dxa"/>
              <w:right w:w="110" w:type="dxa"/>
            </w:tcMar>
          </w:tcPr>
          <w:p>
            <w:pPr>
              <w:pStyle w:val="WESTable"/>
            </w:pPr>
            <w:r>
              <w:t>Discover</w:t>
            </w:r>
          </w:p>
        </w:tc>
        <w:tc>
          <w:tcPr>
            <w:tcW w:type="dxa" w:w="4520"/>
            <w:vAlign w:val="center"/>
            <w:shd w:fill="FFFFFF"/>
            <w:tcMar>
              <w:top w:w="110" w:type="dxa"/>
              <w:left w:w="110" w:type="dxa"/>
              <w:bottom w:w="110" w:type="dxa"/>
              <w:right w:w="110" w:type="dxa"/>
            </w:tcMar>
          </w:tcPr>
          <w:p>
            <w:pPr>
              <w:pStyle w:val="WESTable"/>
            </w:pPr>
            <w:r>
              <w:t>Audience and evidence summary</w:t>
            </w:r>
          </w:p>
        </w:tc>
        <w:tc>
          <w:tcPr>
            <w:tcW w:type="dxa" w:w="3477"/>
            <w:vAlign w:val="center"/>
            <w:shd w:fill="FFFFFF"/>
            <w:tcMar>
              <w:top w:w="110" w:type="dxa"/>
              <w:left w:w="110" w:type="dxa"/>
              <w:bottom w:w="110" w:type="dxa"/>
              <w:right w:w="110" w:type="dxa"/>
            </w:tcMar>
          </w:tcPr>
          <w:p>
            <w:pPr>
              <w:pStyle w:val="WESTable"/>
            </w:pPr>
            <w:r>
              <w:t>Confirm the priority problem</w:t>
            </w:r>
          </w:p>
        </w:tc>
      </w:tr>
      <w:tr>
        <w:trPr>
          <w:cantSplit/>
        </w:trPr>
        <w:tc>
          <w:tcPr>
            <w:tcW w:type="dxa" w:w="1460"/>
            <w:vAlign w:val="center"/>
            <w:shd w:fill="F7F6F2"/>
            <w:tcMar>
              <w:top w:w="110" w:type="dxa"/>
              <w:left w:w="110" w:type="dxa"/>
              <w:bottom w:w="110" w:type="dxa"/>
              <w:right w:w="110" w:type="dxa"/>
            </w:tcMar>
          </w:tcPr>
          <w:p>
            <w:pPr>
              <w:pStyle w:val="WESTable"/>
            </w:pPr>
            <w:r>
              <w:t>Define</w:t>
            </w:r>
          </w:p>
        </w:tc>
        <w:tc>
          <w:tcPr>
            <w:tcW w:type="dxa" w:w="4520"/>
            <w:vAlign w:val="center"/>
            <w:shd w:fill="F7F6F2"/>
            <w:tcMar>
              <w:top w:w="110" w:type="dxa"/>
              <w:left w:w="110" w:type="dxa"/>
              <w:bottom w:w="110" w:type="dxa"/>
              <w:right w:w="110" w:type="dxa"/>
            </w:tcMar>
          </w:tcPr>
          <w:p>
            <w:pPr>
              <w:pStyle w:val="WESTable"/>
            </w:pPr>
            <w:r>
              <w:t>Positioning statement and message hierarchy</w:t>
            </w:r>
          </w:p>
        </w:tc>
        <w:tc>
          <w:tcPr>
            <w:tcW w:type="dxa" w:w="3477"/>
            <w:vAlign w:val="center"/>
            <w:shd w:fill="F7F6F2"/>
            <w:tcMar>
              <w:top w:w="110" w:type="dxa"/>
              <w:left w:w="110" w:type="dxa"/>
              <w:bottom w:w="110" w:type="dxa"/>
              <w:right w:w="110" w:type="dxa"/>
            </w:tcMar>
          </w:tcPr>
          <w:p>
            <w:pPr>
              <w:pStyle w:val="WESTable"/>
            </w:pPr>
            <w:r>
              <w:t>Select the preferred route</w:t>
            </w:r>
          </w:p>
        </w:tc>
      </w:tr>
      <w:tr>
        <w:trPr>
          <w:cantSplit/>
        </w:trPr>
        <w:tc>
          <w:tcPr>
            <w:tcW w:type="dxa" w:w="1460"/>
            <w:vAlign w:val="center"/>
            <w:shd w:fill="FFFFFF"/>
            <w:tcMar>
              <w:top w:w="110" w:type="dxa"/>
              <w:left w:w="110" w:type="dxa"/>
              <w:bottom w:w="110" w:type="dxa"/>
              <w:right w:w="110" w:type="dxa"/>
            </w:tcMar>
          </w:tcPr>
          <w:p>
            <w:pPr>
              <w:pStyle w:val="WESTable"/>
            </w:pPr>
            <w:r>
              <w:t>Adapt</w:t>
            </w:r>
          </w:p>
        </w:tc>
        <w:tc>
          <w:tcPr>
            <w:tcW w:type="dxa" w:w="4520"/>
            <w:vAlign w:val="center"/>
            <w:shd w:fill="FFFFFF"/>
            <w:tcMar>
              <w:top w:w="110" w:type="dxa"/>
              <w:left w:w="110" w:type="dxa"/>
              <w:bottom w:w="110" w:type="dxa"/>
              <w:right w:w="110" w:type="dxa"/>
            </w:tcMar>
          </w:tcPr>
          <w:p>
            <w:pPr>
              <w:pStyle w:val="WESTable"/>
            </w:pPr>
            <w:r>
              <w:t>Local market expression and content examples</w:t>
            </w:r>
          </w:p>
        </w:tc>
        <w:tc>
          <w:tcPr>
            <w:tcW w:type="dxa" w:w="3477"/>
            <w:vAlign w:val="center"/>
            <w:shd w:fill="FFFFFF"/>
            <w:tcMar>
              <w:top w:w="110" w:type="dxa"/>
              <w:left w:w="110" w:type="dxa"/>
              <w:bottom w:w="110" w:type="dxa"/>
              <w:right w:w="110" w:type="dxa"/>
            </w:tcMar>
          </w:tcPr>
          <w:p>
            <w:pPr>
              <w:pStyle w:val="WESTable"/>
            </w:pPr>
            <w:r>
              <w:t>Approve local interpretation</w:t>
            </w:r>
          </w:p>
        </w:tc>
      </w:tr>
      <w:tr>
        <w:trPr>
          <w:cantSplit/>
        </w:trPr>
        <w:tc>
          <w:tcPr>
            <w:tcW w:type="dxa" w:w="1460"/>
            <w:vAlign w:val="center"/>
            <w:shd w:fill="F7F6F2"/>
            <w:tcMar>
              <w:top w:w="110" w:type="dxa"/>
              <w:left w:w="110" w:type="dxa"/>
              <w:bottom w:w="110" w:type="dxa"/>
              <w:right w:w="110" w:type="dxa"/>
            </w:tcMar>
          </w:tcPr>
          <w:p>
            <w:pPr>
              <w:pStyle w:val="WESTable"/>
            </w:pPr>
            <w:r>
              <w:t>Prepare</w:t>
            </w:r>
          </w:p>
        </w:tc>
        <w:tc>
          <w:tcPr>
            <w:tcW w:type="dxa" w:w="4520"/>
            <w:vAlign w:val="center"/>
            <w:shd w:fill="F7F6F2"/>
            <w:tcMar>
              <w:top w:w="110" w:type="dxa"/>
              <w:left w:w="110" w:type="dxa"/>
              <w:bottom w:w="110" w:type="dxa"/>
              <w:right w:w="110" w:type="dxa"/>
            </w:tcMar>
          </w:tcPr>
          <w:p>
            <w:pPr>
              <w:pStyle w:val="WESTable"/>
            </w:pPr>
            <w:r>
              <w:t>Delivery brief and agreed asset list</w:t>
            </w:r>
          </w:p>
        </w:tc>
        <w:tc>
          <w:tcPr>
            <w:tcW w:type="dxa" w:w="3477"/>
            <w:vAlign w:val="center"/>
            <w:shd w:fill="F7F6F2"/>
            <w:tcMar>
              <w:top w:w="110" w:type="dxa"/>
              <w:left w:w="110" w:type="dxa"/>
              <w:bottom w:w="110" w:type="dxa"/>
              <w:right w:w="110" w:type="dxa"/>
            </w:tcMar>
          </w:tcPr>
          <w:p>
            <w:pPr>
              <w:pStyle w:val="WESTable"/>
            </w:pPr>
            <w:r>
              <w:t>Confirm readiness to proceed</w:t>
            </w:r>
          </w:p>
        </w:tc>
      </w:tr>
    </w:tbl>
    <w:p>
      <w:pPr>
        <w:spacing w:after="40"/>
      </w:pPr>
    </w:p>
    <w:p>
      <w:pPr>
        <w:pStyle w:val="Heading2"/>
      </w:pPr>
      <w:r>
        <w:t>Scope to confirm</w:t>
      </w:r>
    </w:p>
    <w:p>
      <w:r>
        <w:t>Confirm [markets and languages], [deliverables], [review owners] and [delivery dates]. Identify existing assets that can be reused, dependencies on client input and any activities that need a separate proposal.</w:t>
      </w:r>
    </w:p>
    <w:p>
      <w:pPr>
        <w:pStyle w:val="Heading2"/>
      </w:pPr>
      <w:r>
        <w:t>Decision log</w:t>
      </w:r>
    </w:p>
    <w:tbl>
      <w:tblPr>
        <w:tblW w:type="auto" w:w="0"/>
        <w:jc w:val="left"/>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37"/>
        <w:gridCol w:w="2573"/>
        <w:gridCol w:w="1947"/>
      </w:tblGrid>
      <w:tr>
        <w:trPr>
          <w:cantSplit/>
          <w:tblHeader/>
        </w:trPr>
        <w:tc>
          <w:tcPr>
            <w:tcW w:type="dxa" w:w="4937"/>
            <w:vAlign w:val="center"/>
            <w:shd w:fill="232323"/>
            <w:tcMar>
              <w:top w:w="110" w:type="dxa"/>
              <w:left w:w="110" w:type="dxa"/>
              <w:bottom w:w="110" w:type="dxa"/>
              <w:right w:w="110" w:type="dxa"/>
            </w:tcMar>
          </w:tcPr>
          <w:p>
            <w:pPr>
              <w:pStyle w:val="WESTable"/>
            </w:pPr>
            <w:r>
              <w:rPr>
                <w:b/>
                <w:color w:val="FFFFFF"/>
              </w:rPr>
              <w:t>Decision</w:t>
            </w:r>
          </w:p>
        </w:tc>
        <w:tc>
          <w:tcPr>
            <w:tcW w:type="dxa" w:w="2573"/>
            <w:vAlign w:val="center"/>
            <w:shd w:fill="232323"/>
            <w:tcMar>
              <w:top w:w="110" w:type="dxa"/>
              <w:left w:w="110" w:type="dxa"/>
              <w:bottom w:w="110" w:type="dxa"/>
              <w:right w:w="110" w:type="dxa"/>
            </w:tcMar>
          </w:tcPr>
          <w:p>
            <w:pPr>
              <w:pStyle w:val="WESTable"/>
            </w:pPr>
            <w:r>
              <w:rPr>
                <w:b/>
                <w:color w:val="FFFFFF"/>
              </w:rPr>
              <w:t>Owner</w:t>
            </w:r>
          </w:p>
        </w:tc>
        <w:tc>
          <w:tcPr>
            <w:tcW w:type="dxa" w:w="1947"/>
            <w:vAlign w:val="center"/>
            <w:shd w:fill="232323"/>
            <w:tcMar>
              <w:top w:w="110" w:type="dxa"/>
              <w:left w:w="110" w:type="dxa"/>
              <w:bottom w:w="110" w:type="dxa"/>
              <w:right w:w="110" w:type="dxa"/>
            </w:tcMar>
          </w:tcPr>
          <w:p>
            <w:pPr>
              <w:pStyle w:val="WESTable"/>
            </w:pPr>
            <w:r>
              <w:rPr>
                <w:b/>
                <w:color w:val="FFFFFF"/>
              </w:rPr>
              <w:t>Status</w:t>
            </w:r>
          </w:p>
        </w:tc>
      </w:tr>
      <w:tr>
        <w:trPr>
          <w:cantSplit/>
        </w:trPr>
        <w:tc>
          <w:tcPr>
            <w:tcW w:type="dxa" w:w="4937"/>
            <w:vAlign w:val="center"/>
            <w:shd w:fill="FFFFFF"/>
            <w:tcMar>
              <w:top w:w="110" w:type="dxa"/>
              <w:left w:w="110" w:type="dxa"/>
              <w:bottom w:w="110" w:type="dxa"/>
              <w:right w:w="110" w:type="dxa"/>
            </w:tcMar>
          </w:tcPr>
          <w:p>
            <w:pPr>
              <w:pStyle w:val="WESTable"/>
            </w:pPr>
            <w:r>
              <w:t>Priority audience and problem</w:t>
            </w:r>
          </w:p>
        </w:tc>
        <w:tc>
          <w:tcPr>
            <w:tcW w:type="dxa" w:w="2573"/>
            <w:vAlign w:val="center"/>
            <w:shd w:fill="FFFFFF"/>
            <w:tcMar>
              <w:top w:w="110" w:type="dxa"/>
              <w:left w:w="110" w:type="dxa"/>
              <w:bottom w:w="110" w:type="dxa"/>
              <w:right w:w="110" w:type="dxa"/>
            </w:tcMar>
          </w:tcPr>
          <w:p>
            <w:pPr>
              <w:pStyle w:val="WESTable"/>
            </w:pPr>
            <w:r>
              <w:t>[Name or role]</w:t>
            </w:r>
          </w:p>
        </w:tc>
        <w:tc>
          <w:tcPr>
            <w:tcW w:type="dxa" w:w="1947"/>
            <w:vAlign w:val="center"/>
            <w:shd w:fill="FFFFFF"/>
            <w:tcMar>
              <w:top w:w="110" w:type="dxa"/>
              <w:left w:w="110" w:type="dxa"/>
              <w:bottom w:w="110" w:type="dxa"/>
              <w:right w:w="110" w:type="dxa"/>
            </w:tcMar>
          </w:tcPr>
          <w:p>
            <w:pPr>
              <w:pStyle w:val="WESTable"/>
            </w:pPr>
            <w:r>
              <w:t>To confirm</w:t>
            </w:r>
          </w:p>
        </w:tc>
      </w:tr>
      <w:tr>
        <w:trPr>
          <w:cantSplit/>
        </w:trPr>
        <w:tc>
          <w:tcPr>
            <w:tcW w:type="dxa" w:w="4937"/>
            <w:vAlign w:val="center"/>
            <w:shd w:fill="F7F6F2"/>
            <w:tcMar>
              <w:top w:w="110" w:type="dxa"/>
              <w:left w:w="110" w:type="dxa"/>
              <w:bottom w:w="110" w:type="dxa"/>
              <w:right w:w="110" w:type="dxa"/>
            </w:tcMar>
          </w:tcPr>
          <w:p>
            <w:pPr>
              <w:pStyle w:val="WESTable"/>
            </w:pPr>
            <w:r>
              <w:t>Positioning route and supporting evidence</w:t>
            </w:r>
          </w:p>
        </w:tc>
        <w:tc>
          <w:tcPr>
            <w:tcW w:type="dxa" w:w="2573"/>
            <w:vAlign w:val="center"/>
            <w:shd w:fill="F7F6F2"/>
            <w:tcMar>
              <w:top w:w="110" w:type="dxa"/>
              <w:left w:w="110" w:type="dxa"/>
              <w:bottom w:w="110" w:type="dxa"/>
              <w:right w:w="110" w:type="dxa"/>
            </w:tcMar>
          </w:tcPr>
          <w:p>
            <w:pPr>
              <w:pStyle w:val="WESTable"/>
            </w:pPr>
            <w:r>
              <w:t>[Name or role]</w:t>
            </w:r>
          </w:p>
        </w:tc>
        <w:tc>
          <w:tcPr>
            <w:tcW w:type="dxa" w:w="1947"/>
            <w:vAlign w:val="center"/>
            <w:shd w:fill="F7F6F2"/>
            <w:tcMar>
              <w:top w:w="110" w:type="dxa"/>
              <w:left w:w="110" w:type="dxa"/>
              <w:bottom w:w="110" w:type="dxa"/>
              <w:right w:w="110" w:type="dxa"/>
            </w:tcMar>
          </w:tcPr>
          <w:p>
            <w:pPr>
              <w:pStyle w:val="WESTable"/>
            </w:pPr>
            <w:r>
              <w:t>To review</w:t>
            </w:r>
          </w:p>
        </w:tc>
      </w:tr>
      <w:tr>
        <w:trPr>
          <w:cantSplit/>
        </w:trPr>
        <w:tc>
          <w:tcPr>
            <w:tcW w:type="dxa" w:w="4937"/>
            <w:vAlign w:val="center"/>
            <w:shd w:fill="FFFFFF"/>
            <w:tcMar>
              <w:top w:w="110" w:type="dxa"/>
              <w:left w:w="110" w:type="dxa"/>
              <w:bottom w:w="110" w:type="dxa"/>
              <w:right w:w="110" w:type="dxa"/>
            </w:tcMar>
          </w:tcPr>
          <w:p>
            <w:pPr>
              <w:pStyle w:val="WESTable"/>
            </w:pPr>
            <w:r>
              <w:t>Markets and first delivery scope</w:t>
            </w:r>
          </w:p>
        </w:tc>
        <w:tc>
          <w:tcPr>
            <w:tcW w:type="dxa" w:w="2573"/>
            <w:vAlign w:val="center"/>
            <w:shd w:fill="FFFFFF"/>
            <w:tcMar>
              <w:top w:w="110" w:type="dxa"/>
              <w:left w:w="110" w:type="dxa"/>
              <w:bottom w:w="110" w:type="dxa"/>
              <w:right w:w="110" w:type="dxa"/>
            </w:tcMar>
          </w:tcPr>
          <w:p>
            <w:pPr>
              <w:pStyle w:val="WESTable"/>
            </w:pPr>
            <w:r>
              <w:t>[Name or role]</w:t>
            </w:r>
          </w:p>
        </w:tc>
        <w:tc>
          <w:tcPr>
            <w:tcW w:type="dxa" w:w="1947"/>
            <w:vAlign w:val="center"/>
            <w:shd w:fill="FFFFFF"/>
            <w:tcMar>
              <w:top w:w="110" w:type="dxa"/>
              <w:left w:w="110" w:type="dxa"/>
              <w:bottom w:w="110" w:type="dxa"/>
              <w:right w:w="110" w:type="dxa"/>
            </w:tcMar>
          </w:tcPr>
          <w:p>
            <w:pPr>
              <w:pStyle w:val="WESTable"/>
            </w:pPr>
            <w:r>
              <w:t>To agree</w:t>
            </w:r>
          </w:p>
        </w:tc>
      </w:tr>
    </w:tbl>
    <w:p>
      <w:pPr>
        <w:spacing w:after="40"/>
      </w:pPr>
    </w:p>
    <w:p>
      <w:pPr>
        <w:pStyle w:val="Heading2"/>
      </w:pPr>
      <w:r>
        <w:t>Next step</w:t>
      </w:r>
    </w:p>
    <w:p>
      <w:r>
        <w:t>Use the next review to confirm the priority audience, evidence gaps and the person responsible for each open decision. Update this brief when those decisions are agreed.</w:t>
      </w:r>
    </w:p>
    <w:sectPr w:rsidR="00FC693F" w:rsidRPr="0006063C" w:rsidSect="00034616">
      <w:headerReference w:type="default" r:id="rId12"/>
      <w:footerReference w:type="default" r:id="rId13"/>
      <w:pgSz w:w="11906" w:h="16838"/>
      <w:pgMar w:top="1397" w:right="1224" w:bottom="1037" w:left="1224" w:header="461"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nos">
    <w:panose1 w:val="02020603050405020304"/>
    <w:charset w:val="00"/>
    <w:family w:val="auto"/>
    <w:pitch w:val="variable"/>
    <w:sig w:usb0="E0002AFF" w:usb1="C0007841" w:usb2="00000009" w:usb3="00000000" w:csb0="000001FF" w:csb1="00000000"/>
  </w:font>
  <w:font w:name="Tinos">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Roboto">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Roboto">
    <w:panose1 w:val="020B0604020202020204"/>
    <w:charset w:val="00"/>
    <w:family w:val="auto"/>
    <w:pitch w:val="variable"/>
    <w:sig w:usb0="E0002AFF" w:usb1="C0007843" w:usb2="00000009" w:usb3="00000000" w:csb0="000001FF" w:csb1="00000000"/>
  </w:font>
  <w:font w:name="Tinos">
    <w:family w:val="roman"/>
    <w:embedRegular r:id="rIdWESTinosregular" w:fontKey="{730955E5-CA8A-5144-92A7-0B2C0193CFD1}" w:subsetted="false"/>
    <w:embedBold r:id="rIdWESTinosbold" w:fontKey="{73D3B1EB-EC72-5DDE-A21A-91D28C6DAE81}" w:subsetted="false"/>
    <w:embedItalic r:id="rIdWESTinositalic" w:fontKey="{AF201572-4207-5579-A284-719504603BB3}" w:subsetted="false"/>
    <w:embedBoldItalic r:id="rIdWESTinosboldItalic" w:fontKey="{98C74586-40F3-58C4-96AE-D2864592A2E8}" w:subsetted="false"/>
  </w:font>
  <w:font w:name="Roboto">
    <w:family w:val="swiss"/>
    <w:embedRegular r:id="rIdWESRobotoregular" w:fontKey="{5D9E5366-9138-5010-9C35-7CC97A0AB810}" w:subsetted="false"/>
    <w:embedBold r:id="rIdWESRobotobold" w:fontKey="{81553223-A7EF-5C29-AE2A-F9D3F47342D8}"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WESFooter"/>
      <w:tabs>
        <w:tab w:pos="9458" w:val="right"/>
      </w:tabs>
      <w:spacing w:after="0"/>
    </w:pPr>
    <w:r>
      <w:t>WES GROUP  /  [Project name]</w:t>
      <w:tab/>
    </w:r>
    <w:r>
      <w:t xml:space="preserve">PAGE </w:t>
    </w:r>
    <w:r>
      <w:fldChar w:fldCharType="begin"/>
    </w:r>
    <w:r>
      <w:instrText xml:space="preserve"> PAGE </w:instrText>
    </w:r>
    <w:r>
      <w:fldChar w:fldCharType="separate"/>
    </w:r>
    <w:r>
      <w:t>2</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Warm paper background"/>
          <wp:cNvGraphicFramePr>
            <a:graphicFrameLocks noChangeAspect="1"/>
          </wp:cNvGraphicFramePr>
          <a:graphic>
            <a:graphicData uri="http://schemas.openxmlformats.org/drawingml/2006/picture">
              <pic:pic>
                <pic:nvPicPr>
                  <pic:cNvPr id="0" name="warm-paper.png"/>
                  <pic:cNvPicPr/>
                </pic:nvPicPr>
                <pic:blipFill>
                  <a:blip r:embed="rId1"/>
                  <a:stretch>
                    <a:fillRect/>
                  </a:stretch>
                </pic:blipFill>
                <pic:spPr>
                  <a:xfrm>
                    <a:off x="0" y="0"/>
                    <a:ext cx="7560000" cy="10692000"/>
                  </a:xfrm>
                  <a:prstGeom prst="rect"/>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WESMeta"/>
      <w:tabs>
        <w:tab w:pos="9458" w:val="right"/>
      </w:tabs>
      <w:spacing w:after="0"/>
    </w:pPr>
    <w:r>
      <w:drawing>
        <wp:inline xmlns:a="http://schemas.openxmlformats.org/drawingml/2006/main" xmlns:pic="http://schemas.openxmlformats.org/drawingml/2006/picture">
          <wp:extent cx="621792" cy="369796"/>
          <wp:docPr id="1" name="Picture 1" descr="WES Group"/>
          <wp:cNvGraphicFramePr>
            <a:graphicFrameLocks noChangeAspect="1"/>
          </wp:cNvGraphicFramePr>
          <a:graphic>
            <a:graphicData uri="http://schemas.openxmlformats.org/drawingml/2006/picture">
              <pic:pic>
                <pic:nvPicPr>
                  <pic:cNvPr id="0" name="wes-group-mark-4096.png"/>
                  <pic:cNvPicPr/>
                </pic:nvPicPr>
                <pic:blipFill>
                  <a:blip r:embed="rId1"/>
                  <a:stretch>
                    <a:fillRect/>
                  </a:stretch>
                </pic:blipFill>
                <pic:spPr>
                  <a:xfrm>
                    <a:off x="0" y="0"/>
                    <a:ext cx="621792" cy="369796"/>
                  </a:xfrm>
                  <a:prstGeom prst="rect"/>
                </pic:spPr>
              </pic:pic>
            </a:graphicData>
          </a:graphic>
        </wp:inline>
      </w:drawing>
    </w:r>
    <w:r>
      <w:rPr>
        <w:color w:val="232323"/>
      </w:rPr>
      <w:tab/>
      <w:t>BRAND POSITIONING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embedTrueTypeFonts w:val="true"/>
  <w:embedSystemFont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60" w:line="276" w:lineRule="auto"/>
    </w:pPr>
    <w:rPr>
      <w:rFonts w:ascii="Roboto" w:hAnsi="Roboto" w:eastAsia="Roboto" w:cs="Roboto"/>
      <w:b w:val="0"/>
      <w:color w:val="2323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160"/>
      <w:outlineLvl w:val="0"/>
    </w:pPr>
    <w:rPr>
      <w:rFonts w:ascii="Tinos" w:hAnsi="Tinos" w:eastAsia="Tinos" w:cs="Tinos"/>
      <w:b/>
      <w:bCs/>
      <w:color w:val="232323"/>
      <w:sz w:val="50"/>
      <w:szCs w:val="28"/>
    </w:rPr>
  </w:style>
  <w:style w:type="paragraph" w:styleId="Heading2">
    <w:name w:val="heading 2"/>
    <w:basedOn w:val="Normal"/>
    <w:next w:val="Normal"/>
    <w:link w:val="Heading2Char"/>
    <w:uiPriority w:val="9"/>
    <w:unhideWhenUsed/>
    <w:qFormat/>
    <w:rsid w:val="00FC693F"/>
    <w:pPr>
      <w:keepNext/>
      <w:keepLines/>
      <w:widowControl/>
      <w:spacing w:before="320" w:after="160"/>
      <w:outlineLvl w:val="1"/>
    </w:pPr>
    <w:rPr>
      <w:rFonts w:ascii="Tinos" w:hAnsi="Tinos" w:eastAsia="Tinos" w:cs="Tinos"/>
      <w:b/>
      <w:bCs/>
      <w:color w:val="232323"/>
      <w:sz w:val="30"/>
      <w:szCs w:val="26"/>
    </w:rPr>
  </w:style>
  <w:style w:type="paragraph" w:styleId="Heading3">
    <w:name w:val="heading 3"/>
    <w:basedOn w:val="Normal"/>
    <w:next w:val="Normal"/>
    <w:link w:val="Heading3Char"/>
    <w:uiPriority w:val="9"/>
    <w:unhideWhenUsed/>
    <w:qFormat/>
    <w:rsid w:val="00FC693F"/>
    <w:pPr>
      <w:keepNext/>
      <w:keepLines/>
      <w:widowControl/>
      <w:spacing w:before="320" w:after="160"/>
      <w:outlineLvl w:val="2"/>
    </w:pPr>
    <w:rPr>
      <w:rFonts w:ascii="Tinos" w:hAnsi="Tinos" w:eastAsia="Tinos" w:cs="Tinos"/>
      <w:b/>
      <w:bCs/>
      <w:color w:val="23232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2323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32323"/>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32323"/>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232323"/>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232323"/>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23232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232323"/>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232323"/>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232323"/>
    </w:rPr>
  </w:style>
  <w:style w:type="paragraph" w:styleId="Title">
    <w:name w:val="Title"/>
    <w:basedOn w:val="Normal"/>
    <w:next w:val="Subtitle"/>
    <w:link w:val="TitleChar"/>
    <w:uiPriority w:val="10"/>
    <w:qFormat/>
    <w:rsid w:val="00FC693F"/>
    <w:pPr>
      <w:keepNext/>
      <w:widowControl/>
      <w:spacing w:after="320" w:line="240" w:lineRule="auto" w:before="0"/>
      <w:contextualSpacing/>
    </w:pPr>
    <w:rPr>
      <w:rFonts w:ascii="Tinos" w:hAnsi="Tinos" w:eastAsia="Tinos" w:cs="Tinos"/>
      <w:b/>
      <w:color w:val="232323"/>
      <w:spacing w:val="5"/>
      <w:kern w:val="28"/>
      <w:sz w:val="7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232323"/>
      <w:spacing w:val="5"/>
      <w:kern w:val="28"/>
      <w:sz w:val="52"/>
      <w:szCs w:val="52"/>
    </w:rPr>
  </w:style>
  <w:style w:type="paragraph" w:styleId="Subtitle">
    <w:name w:val="Subtitle"/>
    <w:basedOn w:val="Normal"/>
    <w:next w:val="Normal"/>
    <w:link w:val="SubtitleChar"/>
    <w:uiPriority w:val="11"/>
    <w:qFormat/>
    <w:rsid w:val="00FC693F"/>
    <w:pPr>
      <w:numPr>
        <w:ilvl w:val="1"/>
      </w:numPr>
      <w:spacing w:after="360"/>
    </w:pPr>
    <w:rPr>
      <w:rFonts w:ascii="Roboto" w:hAnsi="Roboto" w:eastAsia="Roboto" w:cs="Roboto"/>
      <w:b w:val="0"/>
      <w:i/>
      <w:iCs/>
      <w:color w:val="23232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E11B22"/>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60" w:line="276" w:lineRule="auto"/>
    </w:pPr>
    <w:rPr>
      <w:rFonts w:ascii="Roboto" w:hAnsi="Roboto" w:eastAsia="Roboto" w:cs="Roboto"/>
      <w:b w:val="0"/>
      <w:color w:val="232323"/>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76" w:lineRule="auto"/>
      <w:contextualSpacing/>
    </w:pPr>
    <w:rPr>
      <w:rFonts w:ascii="Roboto" w:hAnsi="Roboto" w:eastAsia="Roboto" w:cs="Roboto"/>
      <w:b w:val="0"/>
      <w:color w:val="232323"/>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76" w:lineRule="auto"/>
      <w:contextualSpacing/>
    </w:pPr>
    <w:rPr>
      <w:rFonts w:ascii="Roboto" w:hAnsi="Roboto" w:eastAsia="Roboto" w:cs="Roboto"/>
      <w:b w:val="0"/>
      <w:color w:val="232323"/>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232323"/>
    </w:rPr>
  </w:style>
  <w:style w:type="character" w:customStyle="1" w:styleId="QuoteChar">
    <w:name w:val="Quote Char"/>
    <w:basedOn w:val="DefaultParagraphFont"/>
    <w:link w:val="Quote"/>
    <w:uiPriority w:val="29"/>
    <w:rsid w:val="00FC693F"/>
    <w:rPr>
      <w:i/>
      <w:iCs/>
      <w:color w:val="232323"/>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232323"/>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32323"/>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32323"/>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232323"/>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232323"/>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232323"/>
      <w:sz w:val="20"/>
      <w:szCs w:val="20"/>
    </w:rPr>
  </w:style>
  <w:style w:type="paragraph" w:styleId="Caption">
    <w:name w:val="caption"/>
    <w:basedOn w:val="Normal"/>
    <w:next w:val="Normal"/>
    <w:uiPriority w:val="35"/>
    <w:semiHidden/>
    <w:unhideWhenUsed/>
    <w:qFormat/>
    <w:rsid w:val="00FC693F"/>
    <w:pPr>
      <w:spacing w:line="240" w:lineRule="auto"/>
    </w:pPr>
    <w:rPr>
      <w:b/>
      <w:bCs/>
      <w:color w:val="E11B22"/>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232323" w:themeColor="accent1"/>
      </w:pBdr>
      <w:spacing w:before="200" w:after="280"/>
      <w:ind w:left="936" w:right="936"/>
    </w:pPr>
    <w:rPr>
      <w:b/>
      <w:bCs/>
      <w:i/>
      <w:iCs/>
      <w:color w:val="E11B22"/>
    </w:rPr>
  </w:style>
  <w:style w:type="character" w:customStyle="1" w:styleId="IntenseQuoteChar">
    <w:name w:val="Intense Quote Char"/>
    <w:basedOn w:val="DefaultParagraphFont"/>
    <w:link w:val="IntenseQuote"/>
    <w:uiPriority w:val="30"/>
    <w:rsid w:val="00FC693F"/>
    <w:rPr>
      <w:b/>
      <w:bCs/>
      <w:i/>
      <w:iCs/>
      <w:color w:val="E11B22"/>
    </w:rPr>
  </w:style>
  <w:style w:type="character" w:styleId="SubtleEmphasis">
    <w:name w:val="Subtle Emphasis"/>
    <w:basedOn w:val="DefaultParagraphFont"/>
    <w:uiPriority w:val="19"/>
    <w:qFormat/>
    <w:rsid w:val="00FC693F"/>
    <w:rPr>
      <w:i/>
      <w:iCs/>
      <w:color w:val="232323"/>
    </w:rPr>
  </w:style>
  <w:style w:type="character" w:styleId="IntenseEmphasis">
    <w:name w:val="Intense Emphasis"/>
    <w:basedOn w:val="DefaultParagraphFont"/>
    <w:uiPriority w:val="21"/>
    <w:qFormat/>
    <w:rsid w:val="00FC693F"/>
    <w:rPr>
      <w:b/>
      <w:bCs/>
      <w:i/>
      <w:iCs/>
      <w:color w:val="E11B22"/>
    </w:rPr>
  </w:style>
  <w:style w:type="character" w:styleId="SubtleReference">
    <w:name w:val="Subtle Reference"/>
    <w:basedOn w:val="DefaultParagraphFont"/>
    <w:uiPriority w:val="31"/>
    <w:qFormat/>
    <w:rsid w:val="00FC693F"/>
    <w:rPr>
      <w:smallCaps/>
      <w:color w:val="232323"/>
      <w:u w:val="single"/>
    </w:rPr>
  </w:style>
  <w:style w:type="character" w:styleId="IntenseReference">
    <w:name w:val="Intense Reference"/>
    <w:basedOn w:val="DefaultParagraphFont"/>
    <w:uiPriority w:val="32"/>
    <w:qFormat/>
    <w:rsid w:val="00FC693F"/>
    <w:rPr>
      <w:b/>
      <w:bCs/>
      <w:smallCaps/>
      <w:color w:val="232323"/>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232323"/>
    </w:rPr>
    <w:tblPr>
      <w:tblStyleRowBandSize w:val="1"/>
      <w:tblStyleColBandSize w:val="1"/>
      <w:tblInd w:w="0" w:type="dxa"/>
      <w:tblBorders>
        <w:top w:val="single" w:sz="8" w:space="0" w:color="232323" w:themeColor="text1"/>
        <w:bottom w:val="single" w:sz="8" w:space="0" w:color="232323"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text1"/>
          <w:left w:val="nil"/>
          <w:bottom w:val="single" w:sz="8" w:space="0" w:color="232323" w:themeColor="text1"/>
          <w:right w:val="nil"/>
          <w:insideH w:val="nil"/>
          <w:insideV w:val="nil"/>
        </w:tcBorders>
      </w:tcPr>
    </w:tblStylePr>
    <w:tblStylePr w:type="lastRow">
      <w:pPr>
        <w:spacing w:before="0" w:after="0" w:line="240" w:lineRule="auto"/>
      </w:pPr>
      <w:rPr>
        <w:b/>
        <w:bCs/>
      </w:rPr>
      <w:tblPr/>
      <w:tcPr>
        <w:tcBorders>
          <w:top w:val="single" w:sz="8" w:space="0" w:color="232323" w:themeColor="text1"/>
          <w:left w:val="nil"/>
          <w:bottom w:val="single" w:sz="8" w:space="0" w:color="23232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E11B22"/>
    </w:rPr>
    <w:tblPr>
      <w:tblStyleRowBandSize w:val="1"/>
      <w:tblStyleColBandSize w:val="1"/>
      <w:tblInd w:w="0" w:type="dxa"/>
      <w:tblBorders>
        <w:top w:val="single" w:sz="8" w:space="0" w:color="232323" w:themeColor="accent1"/>
        <w:bottom w:val="single" w:sz="8" w:space="0" w:color="23232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1"/>
          <w:left w:val="nil"/>
          <w:bottom w:val="single" w:sz="8" w:space="0" w:color="232323" w:themeColor="accent1"/>
          <w:right w:val="nil"/>
          <w:insideH w:val="nil"/>
          <w:insideV w:val="nil"/>
        </w:tcBorders>
      </w:tcPr>
    </w:tblStylePr>
    <w:tblStylePr w:type="lastRow">
      <w:pPr>
        <w:spacing w:before="0" w:after="0" w:line="240" w:lineRule="auto"/>
      </w:pPr>
      <w:rPr>
        <w:b/>
        <w:bCs/>
      </w:rPr>
      <w:tblPr/>
      <w:tcPr>
        <w:tcBorders>
          <w:top w:val="single" w:sz="8" w:space="0" w:color="232323" w:themeColor="accent1"/>
          <w:left w:val="nil"/>
          <w:bottom w:val="single" w:sz="8" w:space="0" w:color="23232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232323"/>
    </w:rPr>
    <w:tblPr>
      <w:tblStyleRowBandSize w:val="1"/>
      <w:tblStyleColBandSize w:val="1"/>
      <w:tblInd w:w="0" w:type="dxa"/>
      <w:tblBorders>
        <w:top w:val="single" w:sz="8" w:space="0" w:color="232323" w:themeColor="accent2"/>
        <w:bottom w:val="single" w:sz="8" w:space="0" w:color="232323"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2"/>
          <w:left w:val="nil"/>
          <w:bottom w:val="single" w:sz="8" w:space="0" w:color="232323" w:themeColor="accent2"/>
          <w:right w:val="nil"/>
          <w:insideH w:val="nil"/>
          <w:insideV w:val="nil"/>
        </w:tcBorders>
      </w:tcPr>
    </w:tblStylePr>
    <w:tblStylePr w:type="lastRow">
      <w:pPr>
        <w:spacing w:before="0" w:after="0" w:line="240" w:lineRule="auto"/>
      </w:pPr>
      <w:rPr>
        <w:b/>
        <w:bCs/>
      </w:rPr>
      <w:tblPr/>
      <w:tcPr>
        <w:tcBorders>
          <w:top w:val="single" w:sz="8" w:space="0" w:color="232323" w:themeColor="accent2"/>
          <w:left w:val="nil"/>
          <w:bottom w:val="single" w:sz="8" w:space="0" w:color="23232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66645F"/>
    </w:rPr>
    <w:tblPr>
      <w:tblStyleRowBandSize w:val="1"/>
      <w:tblStyleColBandSize w:val="1"/>
      <w:tblInd w:w="0" w:type="dxa"/>
      <w:tblBorders>
        <w:top w:val="single" w:sz="8" w:space="0" w:color="232323" w:themeColor="accent3"/>
        <w:bottom w:val="single" w:sz="8" w:space="0" w:color="232323"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3"/>
          <w:left w:val="nil"/>
          <w:bottom w:val="single" w:sz="8" w:space="0" w:color="232323" w:themeColor="accent3"/>
          <w:right w:val="nil"/>
          <w:insideH w:val="nil"/>
          <w:insideV w:val="nil"/>
        </w:tcBorders>
      </w:tcPr>
    </w:tblStylePr>
    <w:tblStylePr w:type="lastRow">
      <w:pPr>
        <w:spacing w:before="0" w:after="0" w:line="240" w:lineRule="auto"/>
      </w:pPr>
      <w:rPr>
        <w:b/>
        <w:bCs/>
      </w:rPr>
      <w:tblPr/>
      <w:tcPr>
        <w:tcBorders>
          <w:top w:val="single" w:sz="8" w:space="0" w:color="232323" w:themeColor="accent3"/>
          <w:left w:val="nil"/>
          <w:bottom w:val="single" w:sz="8" w:space="0" w:color="23232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66645F"/>
    </w:rPr>
    <w:tblPr>
      <w:tblStyleRowBandSize w:val="1"/>
      <w:tblStyleColBandSize w:val="1"/>
      <w:tblInd w:w="0" w:type="dxa"/>
      <w:tblBorders>
        <w:top w:val="single" w:sz="8" w:space="0" w:color="232323" w:themeColor="accent4"/>
        <w:bottom w:val="single" w:sz="8" w:space="0" w:color="232323"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4"/>
          <w:left w:val="nil"/>
          <w:bottom w:val="single" w:sz="8" w:space="0" w:color="232323" w:themeColor="accent4"/>
          <w:right w:val="nil"/>
          <w:insideH w:val="nil"/>
          <w:insideV w:val="nil"/>
        </w:tcBorders>
      </w:tcPr>
    </w:tblStylePr>
    <w:tblStylePr w:type="lastRow">
      <w:pPr>
        <w:spacing w:before="0" w:after="0" w:line="240" w:lineRule="auto"/>
      </w:pPr>
      <w:rPr>
        <w:b/>
        <w:bCs/>
      </w:rPr>
      <w:tblPr/>
      <w:tcPr>
        <w:tcBorders>
          <w:top w:val="single" w:sz="8" w:space="0" w:color="232323" w:themeColor="accent4"/>
          <w:left w:val="nil"/>
          <w:bottom w:val="single" w:sz="8" w:space="0" w:color="23232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E11B22"/>
    </w:rPr>
    <w:tblPr>
      <w:tblStyleRowBandSize w:val="1"/>
      <w:tblStyleColBandSize w:val="1"/>
      <w:tblInd w:w="0" w:type="dxa"/>
      <w:tblBorders>
        <w:top w:val="single" w:sz="8" w:space="0" w:color="232323" w:themeColor="accent5"/>
        <w:bottom w:val="single" w:sz="8" w:space="0" w:color="232323"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5"/>
          <w:left w:val="nil"/>
          <w:bottom w:val="single" w:sz="8" w:space="0" w:color="232323" w:themeColor="accent5"/>
          <w:right w:val="nil"/>
          <w:insideH w:val="nil"/>
          <w:insideV w:val="nil"/>
        </w:tcBorders>
      </w:tcPr>
    </w:tblStylePr>
    <w:tblStylePr w:type="lastRow">
      <w:pPr>
        <w:spacing w:before="0" w:after="0" w:line="240" w:lineRule="auto"/>
      </w:pPr>
      <w:rPr>
        <w:b/>
        <w:bCs/>
      </w:rPr>
      <w:tblPr/>
      <w:tcPr>
        <w:tcBorders>
          <w:top w:val="single" w:sz="8" w:space="0" w:color="232323" w:themeColor="accent5"/>
          <w:left w:val="nil"/>
          <w:bottom w:val="single" w:sz="8" w:space="0" w:color="23232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66645F"/>
    </w:rPr>
    <w:tblPr>
      <w:tblStyleRowBandSize w:val="1"/>
      <w:tblStyleColBandSize w:val="1"/>
      <w:tblInd w:w="0" w:type="dxa"/>
      <w:tblBorders>
        <w:top w:val="single" w:sz="8" w:space="0" w:color="232323" w:themeColor="accent6"/>
        <w:bottom w:val="single" w:sz="8" w:space="0" w:color="232323"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6"/>
          <w:left w:val="nil"/>
          <w:bottom w:val="single" w:sz="8" w:space="0" w:color="232323" w:themeColor="accent6"/>
          <w:right w:val="nil"/>
          <w:insideH w:val="nil"/>
          <w:insideV w:val="nil"/>
        </w:tcBorders>
      </w:tcPr>
    </w:tblStylePr>
    <w:tblStylePr w:type="lastRow">
      <w:pPr>
        <w:spacing w:before="0" w:after="0" w:line="240" w:lineRule="auto"/>
      </w:pPr>
      <w:rPr>
        <w:b/>
        <w:bCs/>
      </w:rPr>
      <w:tblPr/>
      <w:tcPr>
        <w:tcBorders>
          <w:top w:val="single" w:sz="8" w:space="0" w:color="232323" w:themeColor="accent6"/>
          <w:left w:val="nil"/>
          <w:bottom w:val="single" w:sz="8" w:space="0" w:color="23232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3DE" w:themeFill="accent6" w:themeFillTint="3F"/>
      </w:tcPr>
    </w:tblStylePr>
    <w:tblStylePr w:type="band1Horz">
      <w:tblPr/>
      <w:tcPr>
        <w:tcBorders>
          <w:left w:val="nil"/>
          <w:right w:val="nil"/>
          <w:insideH w:val="nil"/>
          <w:insideV w:val="nil"/>
        </w:tcBorders>
        <w:shd w:val="clear" w:color="auto" w:fill="E5E3DE"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232323" w:themeColor="text1"/>
        <w:left w:val="single" w:sz="8" w:space="0" w:color="232323" w:themeColor="text1"/>
        <w:bottom w:val="single" w:sz="8" w:space="0" w:color="232323" w:themeColor="text1"/>
        <w:right w:val="single" w:sz="8" w:space="0" w:color="232323"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232323" w:themeFill="text1"/>
      </w:tcPr>
    </w:tblStylePr>
    <w:tblStylePr w:type="lastRow">
      <w:pPr>
        <w:spacing w:before="0" w:after="0" w:line="240" w:lineRule="auto"/>
      </w:pPr>
      <w:rPr>
        <w:b/>
        <w:bCs/>
      </w:rPr>
      <w:tblPr/>
      <w:tcPr>
        <w:tcBorders>
          <w:top w:val="double" w:sz="6" w:space="0" w:color="232323" w:themeColor="text1"/>
          <w:left w:val="single" w:sz="8" w:space="0" w:color="232323" w:themeColor="text1"/>
          <w:bottom w:val="single" w:sz="8" w:space="0" w:color="232323" w:themeColor="text1"/>
          <w:right w:val="single" w:sz="8" w:space="0" w:color="232323" w:themeColor="text1"/>
        </w:tcBorders>
      </w:tcPr>
    </w:tblStylePr>
    <w:tblStylePr w:type="firstCol">
      <w:rPr>
        <w:b/>
        <w:bCs/>
      </w:rPr>
    </w:tblStylePr>
    <w:tblStylePr w:type="lastCol">
      <w:rPr>
        <w:b/>
        <w:bCs/>
      </w:rPr>
    </w:tblStylePr>
    <w:tblStylePr w:type="band1Vert">
      <w:tblPr/>
      <w:tcPr>
        <w:tcBorders>
          <w:top w:val="single" w:sz="8" w:space="0" w:color="232323" w:themeColor="text1"/>
          <w:left w:val="single" w:sz="8" w:space="0" w:color="232323" w:themeColor="text1"/>
          <w:bottom w:val="single" w:sz="8" w:space="0" w:color="232323" w:themeColor="text1"/>
          <w:right w:val="single" w:sz="8" w:space="0" w:color="232323" w:themeColor="text1"/>
        </w:tcBorders>
      </w:tcPr>
    </w:tblStylePr>
    <w:tblStylePr w:type="band1Horz">
      <w:tblPr/>
      <w:tcPr>
        <w:tcBorders>
          <w:top w:val="single" w:sz="8" w:space="0" w:color="232323" w:themeColor="text1"/>
          <w:left w:val="single" w:sz="8" w:space="0" w:color="232323" w:themeColor="text1"/>
          <w:bottom w:val="single" w:sz="8" w:space="0" w:color="232323" w:themeColor="text1"/>
          <w:right w:val="single" w:sz="8" w:space="0" w:color="232323"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232323" w:themeColor="accent1"/>
        <w:left w:val="single" w:sz="8" w:space="0" w:color="232323" w:themeColor="accent1"/>
        <w:bottom w:val="single" w:sz="8" w:space="0" w:color="232323" w:themeColor="accent1"/>
        <w:right w:val="single" w:sz="8" w:space="0" w:color="232323"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1"/>
      </w:tcPr>
    </w:tblStylePr>
    <w:tblStylePr w:type="lastRow">
      <w:pPr>
        <w:spacing w:before="0" w:after="0" w:line="240" w:lineRule="auto"/>
      </w:pPr>
      <w:rPr>
        <w:b/>
        <w:bCs/>
      </w:rPr>
      <w:tblPr/>
      <w:tcPr>
        <w:tcBorders>
          <w:top w:val="double" w:sz="6" w:space="0" w:color="232323" w:themeColor="accent1"/>
          <w:left w:val="single" w:sz="8" w:space="0" w:color="232323" w:themeColor="accent1"/>
          <w:bottom w:val="single" w:sz="8" w:space="0" w:color="232323" w:themeColor="accent1"/>
          <w:right w:val="single" w:sz="8" w:space="0" w:color="232323" w:themeColor="accent1"/>
        </w:tcBorders>
      </w:tcPr>
    </w:tblStylePr>
    <w:tblStylePr w:type="firstCol">
      <w:rPr>
        <w:b/>
        <w:bCs/>
      </w:rPr>
    </w:tblStylePr>
    <w:tblStylePr w:type="lastCol">
      <w:rPr>
        <w:b/>
        <w:bCs/>
      </w:rPr>
    </w:tblStylePr>
    <w:tblStylePr w:type="band1Vert">
      <w:tblPr/>
      <w:tcPr>
        <w:tcBorders>
          <w:top w:val="single" w:sz="8" w:space="0" w:color="232323" w:themeColor="accent1"/>
          <w:left w:val="single" w:sz="8" w:space="0" w:color="232323" w:themeColor="accent1"/>
          <w:bottom w:val="single" w:sz="8" w:space="0" w:color="232323" w:themeColor="accent1"/>
          <w:right w:val="single" w:sz="8" w:space="0" w:color="232323" w:themeColor="accent1"/>
        </w:tcBorders>
      </w:tcPr>
    </w:tblStylePr>
    <w:tblStylePr w:type="band1Horz">
      <w:tblPr/>
      <w:tcPr>
        <w:tcBorders>
          <w:top w:val="single" w:sz="8" w:space="0" w:color="232323" w:themeColor="accent1"/>
          <w:left w:val="single" w:sz="8" w:space="0" w:color="232323" w:themeColor="accent1"/>
          <w:bottom w:val="single" w:sz="8" w:space="0" w:color="232323" w:themeColor="accent1"/>
          <w:right w:val="single" w:sz="8" w:space="0" w:color="232323"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232323" w:themeColor="accent2"/>
        <w:left w:val="single" w:sz="8" w:space="0" w:color="232323" w:themeColor="accent2"/>
        <w:bottom w:val="single" w:sz="8" w:space="0" w:color="232323" w:themeColor="accent2"/>
        <w:right w:val="single" w:sz="8" w:space="0" w:color="232323"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2"/>
      </w:tcPr>
    </w:tblStylePr>
    <w:tblStylePr w:type="lastRow">
      <w:pPr>
        <w:spacing w:before="0" w:after="0" w:line="240" w:lineRule="auto"/>
      </w:pPr>
      <w:rPr>
        <w:b/>
        <w:bCs/>
      </w:rPr>
      <w:tblPr/>
      <w:tcPr>
        <w:tcBorders>
          <w:top w:val="double" w:sz="6" w:space="0" w:color="232323" w:themeColor="accent2"/>
          <w:left w:val="single" w:sz="8" w:space="0" w:color="232323" w:themeColor="accent2"/>
          <w:bottom w:val="single" w:sz="8" w:space="0" w:color="232323" w:themeColor="accent2"/>
          <w:right w:val="single" w:sz="8" w:space="0" w:color="232323" w:themeColor="accent2"/>
        </w:tcBorders>
      </w:tcPr>
    </w:tblStylePr>
    <w:tblStylePr w:type="firstCol">
      <w:rPr>
        <w:b/>
        <w:bCs/>
      </w:rPr>
    </w:tblStylePr>
    <w:tblStylePr w:type="lastCol">
      <w:rPr>
        <w:b/>
        <w:bCs/>
      </w:rPr>
    </w:tblStylePr>
    <w:tblStylePr w:type="band1Vert">
      <w:tblPr/>
      <w:tcPr>
        <w:tcBorders>
          <w:top w:val="single" w:sz="8" w:space="0" w:color="232323" w:themeColor="accent2"/>
          <w:left w:val="single" w:sz="8" w:space="0" w:color="232323" w:themeColor="accent2"/>
          <w:bottom w:val="single" w:sz="8" w:space="0" w:color="232323" w:themeColor="accent2"/>
          <w:right w:val="single" w:sz="8" w:space="0" w:color="232323" w:themeColor="accent2"/>
        </w:tcBorders>
      </w:tcPr>
    </w:tblStylePr>
    <w:tblStylePr w:type="band1Horz">
      <w:tblPr/>
      <w:tcPr>
        <w:tcBorders>
          <w:top w:val="single" w:sz="8" w:space="0" w:color="232323" w:themeColor="accent2"/>
          <w:left w:val="single" w:sz="8" w:space="0" w:color="232323" w:themeColor="accent2"/>
          <w:bottom w:val="single" w:sz="8" w:space="0" w:color="232323" w:themeColor="accent2"/>
          <w:right w:val="single" w:sz="8" w:space="0" w:color="232323"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232323" w:themeColor="accent3"/>
        <w:left w:val="single" w:sz="8" w:space="0" w:color="232323" w:themeColor="accent3"/>
        <w:bottom w:val="single" w:sz="8" w:space="0" w:color="232323" w:themeColor="accent3"/>
        <w:right w:val="single" w:sz="8" w:space="0" w:color="232323"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3"/>
      </w:tcPr>
    </w:tblStylePr>
    <w:tblStylePr w:type="lastRow">
      <w:pPr>
        <w:spacing w:before="0" w:after="0" w:line="240" w:lineRule="auto"/>
      </w:pPr>
      <w:rPr>
        <w:b/>
        <w:bCs/>
      </w:rPr>
      <w:tblPr/>
      <w:tcPr>
        <w:tcBorders>
          <w:top w:val="double" w:sz="6" w:space="0" w:color="232323" w:themeColor="accent3"/>
          <w:left w:val="single" w:sz="8" w:space="0" w:color="232323" w:themeColor="accent3"/>
          <w:bottom w:val="single" w:sz="8" w:space="0" w:color="232323" w:themeColor="accent3"/>
          <w:right w:val="single" w:sz="8" w:space="0" w:color="232323" w:themeColor="accent3"/>
        </w:tcBorders>
      </w:tcPr>
    </w:tblStylePr>
    <w:tblStylePr w:type="firstCol">
      <w:rPr>
        <w:b/>
        <w:bCs/>
      </w:rPr>
    </w:tblStylePr>
    <w:tblStylePr w:type="lastCol">
      <w:rPr>
        <w:b/>
        <w:bCs/>
      </w:rPr>
    </w:tblStylePr>
    <w:tblStylePr w:type="band1Vert">
      <w:tblPr/>
      <w:tcPr>
        <w:tcBorders>
          <w:top w:val="single" w:sz="8" w:space="0" w:color="232323" w:themeColor="accent3"/>
          <w:left w:val="single" w:sz="8" w:space="0" w:color="232323" w:themeColor="accent3"/>
          <w:bottom w:val="single" w:sz="8" w:space="0" w:color="232323" w:themeColor="accent3"/>
          <w:right w:val="single" w:sz="8" w:space="0" w:color="232323" w:themeColor="accent3"/>
        </w:tcBorders>
      </w:tcPr>
    </w:tblStylePr>
    <w:tblStylePr w:type="band1Horz">
      <w:tblPr/>
      <w:tcPr>
        <w:tcBorders>
          <w:top w:val="single" w:sz="8" w:space="0" w:color="232323" w:themeColor="accent3"/>
          <w:left w:val="single" w:sz="8" w:space="0" w:color="232323" w:themeColor="accent3"/>
          <w:bottom w:val="single" w:sz="8" w:space="0" w:color="232323" w:themeColor="accent3"/>
          <w:right w:val="single" w:sz="8" w:space="0" w:color="232323"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232323" w:themeColor="accent4"/>
        <w:left w:val="single" w:sz="8" w:space="0" w:color="232323" w:themeColor="accent4"/>
        <w:bottom w:val="single" w:sz="8" w:space="0" w:color="232323" w:themeColor="accent4"/>
        <w:right w:val="single" w:sz="8" w:space="0" w:color="232323"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4"/>
      </w:tcPr>
    </w:tblStylePr>
    <w:tblStylePr w:type="lastRow">
      <w:pPr>
        <w:spacing w:before="0" w:after="0" w:line="240" w:lineRule="auto"/>
      </w:pPr>
      <w:rPr>
        <w:b/>
        <w:bCs/>
      </w:rPr>
      <w:tblPr/>
      <w:tcPr>
        <w:tcBorders>
          <w:top w:val="double" w:sz="6" w:space="0" w:color="232323" w:themeColor="accent4"/>
          <w:left w:val="single" w:sz="8" w:space="0" w:color="232323" w:themeColor="accent4"/>
          <w:bottom w:val="single" w:sz="8" w:space="0" w:color="232323" w:themeColor="accent4"/>
          <w:right w:val="single" w:sz="8" w:space="0" w:color="232323" w:themeColor="accent4"/>
        </w:tcBorders>
      </w:tcPr>
    </w:tblStylePr>
    <w:tblStylePr w:type="firstCol">
      <w:rPr>
        <w:b/>
        <w:bCs/>
      </w:rPr>
    </w:tblStylePr>
    <w:tblStylePr w:type="lastCol">
      <w:rPr>
        <w:b/>
        <w:bCs/>
      </w:rPr>
    </w:tblStylePr>
    <w:tblStylePr w:type="band1Vert">
      <w:tblPr/>
      <w:tcPr>
        <w:tcBorders>
          <w:top w:val="single" w:sz="8" w:space="0" w:color="232323" w:themeColor="accent4"/>
          <w:left w:val="single" w:sz="8" w:space="0" w:color="232323" w:themeColor="accent4"/>
          <w:bottom w:val="single" w:sz="8" w:space="0" w:color="232323" w:themeColor="accent4"/>
          <w:right w:val="single" w:sz="8" w:space="0" w:color="232323" w:themeColor="accent4"/>
        </w:tcBorders>
      </w:tcPr>
    </w:tblStylePr>
    <w:tblStylePr w:type="band1Horz">
      <w:tblPr/>
      <w:tcPr>
        <w:tcBorders>
          <w:top w:val="single" w:sz="8" w:space="0" w:color="232323" w:themeColor="accent4"/>
          <w:left w:val="single" w:sz="8" w:space="0" w:color="232323" w:themeColor="accent4"/>
          <w:bottom w:val="single" w:sz="8" w:space="0" w:color="232323" w:themeColor="accent4"/>
          <w:right w:val="single" w:sz="8" w:space="0" w:color="232323"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232323" w:themeColor="accent5"/>
        <w:left w:val="single" w:sz="8" w:space="0" w:color="232323" w:themeColor="accent5"/>
        <w:bottom w:val="single" w:sz="8" w:space="0" w:color="232323" w:themeColor="accent5"/>
        <w:right w:val="single" w:sz="8" w:space="0" w:color="232323"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5"/>
      </w:tcPr>
    </w:tblStylePr>
    <w:tblStylePr w:type="lastRow">
      <w:pPr>
        <w:spacing w:before="0" w:after="0" w:line="240" w:lineRule="auto"/>
      </w:pPr>
      <w:rPr>
        <w:b/>
        <w:bCs/>
      </w:rPr>
      <w:tblPr/>
      <w:tcPr>
        <w:tcBorders>
          <w:top w:val="double" w:sz="6" w:space="0" w:color="232323" w:themeColor="accent5"/>
          <w:left w:val="single" w:sz="8" w:space="0" w:color="232323" w:themeColor="accent5"/>
          <w:bottom w:val="single" w:sz="8" w:space="0" w:color="232323" w:themeColor="accent5"/>
          <w:right w:val="single" w:sz="8" w:space="0" w:color="232323" w:themeColor="accent5"/>
        </w:tcBorders>
      </w:tcPr>
    </w:tblStylePr>
    <w:tblStylePr w:type="firstCol">
      <w:rPr>
        <w:b/>
        <w:bCs/>
      </w:rPr>
    </w:tblStylePr>
    <w:tblStylePr w:type="lastCol">
      <w:rPr>
        <w:b/>
        <w:bCs/>
      </w:rPr>
    </w:tblStylePr>
    <w:tblStylePr w:type="band1Vert">
      <w:tblPr/>
      <w:tcPr>
        <w:tcBorders>
          <w:top w:val="single" w:sz="8" w:space="0" w:color="232323" w:themeColor="accent5"/>
          <w:left w:val="single" w:sz="8" w:space="0" w:color="232323" w:themeColor="accent5"/>
          <w:bottom w:val="single" w:sz="8" w:space="0" w:color="232323" w:themeColor="accent5"/>
          <w:right w:val="single" w:sz="8" w:space="0" w:color="232323" w:themeColor="accent5"/>
        </w:tcBorders>
      </w:tcPr>
    </w:tblStylePr>
    <w:tblStylePr w:type="band1Horz">
      <w:tblPr/>
      <w:tcPr>
        <w:tcBorders>
          <w:top w:val="single" w:sz="8" w:space="0" w:color="232323" w:themeColor="accent5"/>
          <w:left w:val="single" w:sz="8" w:space="0" w:color="232323" w:themeColor="accent5"/>
          <w:bottom w:val="single" w:sz="8" w:space="0" w:color="232323" w:themeColor="accent5"/>
          <w:right w:val="single" w:sz="8" w:space="0" w:color="23232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232323" w:themeColor="accent6"/>
        <w:left w:val="single" w:sz="8" w:space="0" w:color="232323" w:themeColor="accent6"/>
        <w:bottom w:val="single" w:sz="8" w:space="0" w:color="232323" w:themeColor="accent6"/>
        <w:right w:val="single" w:sz="8" w:space="0" w:color="232323"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6"/>
      </w:tcPr>
    </w:tblStylePr>
    <w:tblStylePr w:type="lastRow">
      <w:pPr>
        <w:spacing w:before="0" w:after="0" w:line="240" w:lineRule="auto"/>
      </w:pPr>
      <w:rPr>
        <w:b/>
        <w:bCs/>
      </w:rPr>
      <w:tblPr/>
      <w:tcPr>
        <w:tcBorders>
          <w:top w:val="double" w:sz="6" w:space="0" w:color="232323" w:themeColor="accent6"/>
          <w:left w:val="single" w:sz="8" w:space="0" w:color="232323" w:themeColor="accent6"/>
          <w:bottom w:val="single" w:sz="8" w:space="0" w:color="232323" w:themeColor="accent6"/>
          <w:right w:val="single" w:sz="8" w:space="0" w:color="232323" w:themeColor="accent6"/>
        </w:tcBorders>
      </w:tcPr>
    </w:tblStylePr>
    <w:tblStylePr w:type="firstCol">
      <w:rPr>
        <w:b/>
        <w:bCs/>
      </w:rPr>
    </w:tblStylePr>
    <w:tblStylePr w:type="lastCol">
      <w:rPr>
        <w:b/>
        <w:bCs/>
      </w:rPr>
    </w:tblStylePr>
    <w:tblStylePr w:type="band1Vert">
      <w:tblPr/>
      <w:tcPr>
        <w:tcBorders>
          <w:top w:val="single" w:sz="8" w:space="0" w:color="232323" w:themeColor="accent6"/>
          <w:left w:val="single" w:sz="8" w:space="0" w:color="232323" w:themeColor="accent6"/>
          <w:bottom w:val="single" w:sz="8" w:space="0" w:color="232323" w:themeColor="accent6"/>
          <w:right w:val="single" w:sz="8" w:space="0" w:color="232323" w:themeColor="accent6"/>
        </w:tcBorders>
      </w:tcPr>
    </w:tblStylePr>
    <w:tblStylePr w:type="band1Horz">
      <w:tblPr/>
      <w:tcPr>
        <w:tcBorders>
          <w:top w:val="single" w:sz="8" w:space="0" w:color="232323" w:themeColor="accent6"/>
          <w:left w:val="single" w:sz="8" w:space="0" w:color="232323" w:themeColor="accent6"/>
          <w:bottom w:val="single" w:sz="8" w:space="0" w:color="232323" w:themeColor="accent6"/>
          <w:right w:val="single" w:sz="8" w:space="0" w:color="232323"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232323" w:themeColor="text1"/>
        <w:left w:val="single" w:sz="8" w:space="0" w:color="232323" w:themeColor="text1"/>
        <w:bottom w:val="single" w:sz="8" w:space="0" w:color="232323" w:themeColor="text1"/>
        <w:right w:val="single" w:sz="8" w:space="0" w:color="232323" w:themeColor="text1"/>
        <w:insideH w:val="single" w:sz="8" w:space="0" w:color="232323" w:themeColor="text1"/>
        <w:insideV w:val="single" w:sz="8" w:space="0" w:color="232323"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text1"/>
          <w:left w:val="single" w:sz="8" w:space="0" w:color="232323" w:themeColor="text1"/>
          <w:bottom w:val="single" w:sz="18" w:space="0" w:color="232323" w:themeColor="text1"/>
          <w:right w:val="single" w:sz="8" w:space="0" w:color="232323" w:themeColor="text1"/>
          <w:insideH w:val="nil"/>
          <w:insideV w:val="single" w:sz="8" w:space="0" w:color="23232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text1"/>
          <w:left w:val="single" w:sz="8" w:space="0" w:color="232323" w:themeColor="text1"/>
          <w:bottom w:val="single" w:sz="8" w:space="0" w:color="232323" w:themeColor="text1"/>
          <w:right w:val="single" w:sz="8" w:space="0" w:color="232323" w:themeColor="text1"/>
          <w:insideH w:val="nil"/>
          <w:insideV w:val="single" w:sz="8" w:space="0" w:color="23232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text1"/>
          <w:left w:val="single" w:sz="8" w:space="0" w:color="232323" w:themeColor="text1"/>
          <w:bottom w:val="single" w:sz="8" w:space="0" w:color="232323" w:themeColor="text1"/>
          <w:right w:val="single" w:sz="8" w:space="0" w:color="232323" w:themeColor="text1"/>
        </w:tcBorders>
      </w:tcPr>
    </w:tblStylePr>
    <w:tblStylePr w:type="band1Vert">
      <w:tblPr/>
      <w:tcPr>
        <w:tcBorders>
          <w:top w:val="single" w:sz="8" w:space="0" w:color="232323" w:themeColor="text1"/>
          <w:left w:val="single" w:sz="8" w:space="0" w:color="232323" w:themeColor="text1"/>
          <w:bottom w:val="single" w:sz="8" w:space="0" w:color="232323" w:themeColor="text1"/>
          <w:right w:val="single" w:sz="8" w:space="0" w:color="232323" w:themeColor="text1"/>
        </w:tcBorders>
        <w:shd w:val="clear" w:color="auto" w:fill="C0C0C0" w:themeFill="text1" w:themeFillTint="3F"/>
      </w:tcPr>
    </w:tblStylePr>
    <w:tblStylePr w:type="band1Horz">
      <w:tblPr/>
      <w:tcPr>
        <w:tcBorders>
          <w:top w:val="single" w:sz="8" w:space="0" w:color="232323" w:themeColor="text1"/>
          <w:left w:val="single" w:sz="8" w:space="0" w:color="232323" w:themeColor="text1"/>
          <w:bottom w:val="single" w:sz="8" w:space="0" w:color="232323" w:themeColor="text1"/>
          <w:right w:val="single" w:sz="8" w:space="0" w:color="232323" w:themeColor="text1"/>
          <w:insideV w:val="single" w:sz="8" w:space="0" w:color="232323" w:themeColor="text1"/>
        </w:tcBorders>
        <w:shd w:val="clear" w:color="auto" w:fill="C0C0C0" w:themeFill="text1" w:themeFillTint="3F"/>
      </w:tcPr>
    </w:tblStylePr>
    <w:tblStylePr w:type="band2Horz">
      <w:tblPr/>
      <w:tcPr>
        <w:tcBorders>
          <w:top w:val="single" w:sz="8" w:space="0" w:color="232323" w:themeColor="text1"/>
          <w:left w:val="single" w:sz="8" w:space="0" w:color="232323" w:themeColor="text1"/>
          <w:bottom w:val="single" w:sz="8" w:space="0" w:color="232323" w:themeColor="text1"/>
          <w:right w:val="single" w:sz="8" w:space="0" w:color="232323" w:themeColor="text1"/>
          <w:insideV w:val="single" w:sz="8" w:space="0" w:color="232323"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232323" w:themeColor="accent1"/>
        <w:left w:val="single" w:sz="8" w:space="0" w:color="232323" w:themeColor="accent1"/>
        <w:bottom w:val="single" w:sz="8" w:space="0" w:color="232323" w:themeColor="accent1"/>
        <w:right w:val="single" w:sz="8" w:space="0" w:color="232323" w:themeColor="accent1"/>
        <w:insideH w:val="single" w:sz="8" w:space="0" w:color="232323" w:themeColor="accent1"/>
        <w:insideV w:val="single" w:sz="8" w:space="0" w:color="232323"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1"/>
          <w:left w:val="single" w:sz="8" w:space="0" w:color="232323" w:themeColor="accent1"/>
          <w:bottom w:val="single" w:sz="18" w:space="0" w:color="232323" w:themeColor="accent1"/>
          <w:right w:val="single" w:sz="8" w:space="0" w:color="232323" w:themeColor="accent1"/>
          <w:insideH w:val="nil"/>
          <w:insideV w:val="single" w:sz="8" w:space="0" w:color="23232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1"/>
          <w:left w:val="single" w:sz="8" w:space="0" w:color="232323" w:themeColor="accent1"/>
          <w:bottom w:val="single" w:sz="8" w:space="0" w:color="232323" w:themeColor="accent1"/>
          <w:right w:val="single" w:sz="8" w:space="0" w:color="232323" w:themeColor="accent1"/>
          <w:insideH w:val="nil"/>
          <w:insideV w:val="single" w:sz="8" w:space="0" w:color="23232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1"/>
          <w:left w:val="single" w:sz="8" w:space="0" w:color="232323" w:themeColor="accent1"/>
          <w:bottom w:val="single" w:sz="8" w:space="0" w:color="232323" w:themeColor="accent1"/>
          <w:right w:val="single" w:sz="8" w:space="0" w:color="232323" w:themeColor="accent1"/>
        </w:tcBorders>
      </w:tcPr>
    </w:tblStylePr>
    <w:tblStylePr w:type="band1Vert">
      <w:tblPr/>
      <w:tcPr>
        <w:tcBorders>
          <w:top w:val="single" w:sz="8" w:space="0" w:color="232323" w:themeColor="accent1"/>
          <w:left w:val="single" w:sz="8" w:space="0" w:color="232323" w:themeColor="accent1"/>
          <w:bottom w:val="single" w:sz="8" w:space="0" w:color="232323" w:themeColor="accent1"/>
          <w:right w:val="single" w:sz="8" w:space="0" w:color="232323" w:themeColor="accent1"/>
        </w:tcBorders>
        <w:shd w:val="clear" w:color="auto" w:fill="D3DFEE" w:themeFill="accent1" w:themeFillTint="3F"/>
      </w:tcPr>
    </w:tblStylePr>
    <w:tblStylePr w:type="band1Horz">
      <w:tblPr/>
      <w:tcPr>
        <w:tcBorders>
          <w:top w:val="single" w:sz="8" w:space="0" w:color="232323" w:themeColor="accent1"/>
          <w:left w:val="single" w:sz="8" w:space="0" w:color="232323" w:themeColor="accent1"/>
          <w:bottom w:val="single" w:sz="8" w:space="0" w:color="232323" w:themeColor="accent1"/>
          <w:right w:val="single" w:sz="8" w:space="0" w:color="232323" w:themeColor="accent1"/>
          <w:insideV w:val="single" w:sz="8" w:space="0" w:color="232323" w:themeColor="accent1"/>
        </w:tcBorders>
        <w:shd w:val="clear" w:color="auto" w:fill="D3DFEE" w:themeFill="accent1" w:themeFillTint="3F"/>
      </w:tcPr>
    </w:tblStylePr>
    <w:tblStylePr w:type="band2Horz">
      <w:tblPr/>
      <w:tcPr>
        <w:tcBorders>
          <w:top w:val="single" w:sz="8" w:space="0" w:color="232323" w:themeColor="accent1"/>
          <w:left w:val="single" w:sz="8" w:space="0" w:color="232323" w:themeColor="accent1"/>
          <w:bottom w:val="single" w:sz="8" w:space="0" w:color="232323" w:themeColor="accent1"/>
          <w:right w:val="single" w:sz="8" w:space="0" w:color="232323" w:themeColor="accent1"/>
          <w:insideV w:val="single" w:sz="8" w:space="0" w:color="232323"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232323" w:themeColor="accent2"/>
        <w:left w:val="single" w:sz="8" w:space="0" w:color="232323" w:themeColor="accent2"/>
        <w:bottom w:val="single" w:sz="8" w:space="0" w:color="232323" w:themeColor="accent2"/>
        <w:right w:val="single" w:sz="8" w:space="0" w:color="232323" w:themeColor="accent2"/>
        <w:insideH w:val="single" w:sz="8" w:space="0" w:color="232323" w:themeColor="accent2"/>
        <w:insideV w:val="single" w:sz="8" w:space="0" w:color="232323"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2"/>
          <w:left w:val="single" w:sz="8" w:space="0" w:color="232323" w:themeColor="accent2"/>
          <w:bottom w:val="single" w:sz="18" w:space="0" w:color="232323" w:themeColor="accent2"/>
          <w:right w:val="single" w:sz="8" w:space="0" w:color="232323" w:themeColor="accent2"/>
          <w:insideH w:val="nil"/>
          <w:insideV w:val="single" w:sz="8" w:space="0" w:color="23232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2"/>
          <w:left w:val="single" w:sz="8" w:space="0" w:color="232323" w:themeColor="accent2"/>
          <w:bottom w:val="single" w:sz="8" w:space="0" w:color="232323" w:themeColor="accent2"/>
          <w:right w:val="single" w:sz="8" w:space="0" w:color="232323" w:themeColor="accent2"/>
          <w:insideH w:val="nil"/>
          <w:insideV w:val="single" w:sz="8" w:space="0" w:color="23232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2"/>
          <w:left w:val="single" w:sz="8" w:space="0" w:color="232323" w:themeColor="accent2"/>
          <w:bottom w:val="single" w:sz="8" w:space="0" w:color="232323" w:themeColor="accent2"/>
          <w:right w:val="single" w:sz="8" w:space="0" w:color="232323" w:themeColor="accent2"/>
        </w:tcBorders>
      </w:tcPr>
    </w:tblStylePr>
    <w:tblStylePr w:type="band1Vert">
      <w:tblPr/>
      <w:tcPr>
        <w:tcBorders>
          <w:top w:val="single" w:sz="8" w:space="0" w:color="232323" w:themeColor="accent2"/>
          <w:left w:val="single" w:sz="8" w:space="0" w:color="232323" w:themeColor="accent2"/>
          <w:bottom w:val="single" w:sz="8" w:space="0" w:color="232323" w:themeColor="accent2"/>
          <w:right w:val="single" w:sz="8" w:space="0" w:color="232323" w:themeColor="accent2"/>
        </w:tcBorders>
        <w:shd w:val="clear" w:color="auto" w:fill="EFD3D2" w:themeFill="accent2" w:themeFillTint="3F"/>
      </w:tcPr>
    </w:tblStylePr>
    <w:tblStylePr w:type="band1Horz">
      <w:tblPr/>
      <w:tcPr>
        <w:tcBorders>
          <w:top w:val="single" w:sz="8" w:space="0" w:color="232323" w:themeColor="accent2"/>
          <w:left w:val="single" w:sz="8" w:space="0" w:color="232323" w:themeColor="accent2"/>
          <w:bottom w:val="single" w:sz="8" w:space="0" w:color="232323" w:themeColor="accent2"/>
          <w:right w:val="single" w:sz="8" w:space="0" w:color="232323" w:themeColor="accent2"/>
          <w:insideV w:val="single" w:sz="8" w:space="0" w:color="232323" w:themeColor="accent2"/>
        </w:tcBorders>
        <w:shd w:val="clear" w:color="auto" w:fill="EFD3D2" w:themeFill="accent2" w:themeFillTint="3F"/>
      </w:tcPr>
    </w:tblStylePr>
    <w:tblStylePr w:type="band2Horz">
      <w:tblPr/>
      <w:tcPr>
        <w:tcBorders>
          <w:top w:val="single" w:sz="8" w:space="0" w:color="232323" w:themeColor="accent2"/>
          <w:left w:val="single" w:sz="8" w:space="0" w:color="232323" w:themeColor="accent2"/>
          <w:bottom w:val="single" w:sz="8" w:space="0" w:color="232323" w:themeColor="accent2"/>
          <w:right w:val="single" w:sz="8" w:space="0" w:color="232323" w:themeColor="accent2"/>
          <w:insideV w:val="single" w:sz="8" w:space="0" w:color="232323"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232323" w:themeColor="accent3"/>
        <w:left w:val="single" w:sz="8" w:space="0" w:color="232323" w:themeColor="accent3"/>
        <w:bottom w:val="single" w:sz="8" w:space="0" w:color="232323" w:themeColor="accent3"/>
        <w:right w:val="single" w:sz="8" w:space="0" w:color="232323" w:themeColor="accent3"/>
        <w:insideH w:val="single" w:sz="8" w:space="0" w:color="232323" w:themeColor="accent3"/>
        <w:insideV w:val="single" w:sz="8" w:space="0" w:color="232323"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3"/>
          <w:left w:val="single" w:sz="8" w:space="0" w:color="232323" w:themeColor="accent3"/>
          <w:bottom w:val="single" w:sz="18" w:space="0" w:color="232323" w:themeColor="accent3"/>
          <w:right w:val="single" w:sz="8" w:space="0" w:color="232323" w:themeColor="accent3"/>
          <w:insideH w:val="nil"/>
          <w:insideV w:val="single" w:sz="8" w:space="0" w:color="23232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3"/>
          <w:left w:val="single" w:sz="8" w:space="0" w:color="232323" w:themeColor="accent3"/>
          <w:bottom w:val="single" w:sz="8" w:space="0" w:color="232323" w:themeColor="accent3"/>
          <w:right w:val="single" w:sz="8" w:space="0" w:color="232323" w:themeColor="accent3"/>
          <w:insideH w:val="nil"/>
          <w:insideV w:val="single" w:sz="8" w:space="0" w:color="23232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3"/>
          <w:left w:val="single" w:sz="8" w:space="0" w:color="232323" w:themeColor="accent3"/>
          <w:bottom w:val="single" w:sz="8" w:space="0" w:color="232323" w:themeColor="accent3"/>
          <w:right w:val="single" w:sz="8" w:space="0" w:color="232323" w:themeColor="accent3"/>
        </w:tcBorders>
      </w:tcPr>
    </w:tblStylePr>
    <w:tblStylePr w:type="band1Vert">
      <w:tblPr/>
      <w:tcPr>
        <w:tcBorders>
          <w:top w:val="single" w:sz="8" w:space="0" w:color="232323" w:themeColor="accent3"/>
          <w:left w:val="single" w:sz="8" w:space="0" w:color="232323" w:themeColor="accent3"/>
          <w:bottom w:val="single" w:sz="8" w:space="0" w:color="232323" w:themeColor="accent3"/>
          <w:right w:val="single" w:sz="8" w:space="0" w:color="232323" w:themeColor="accent3"/>
        </w:tcBorders>
        <w:shd w:val="clear" w:color="auto" w:fill="E6EED5" w:themeFill="accent3" w:themeFillTint="3F"/>
      </w:tcPr>
    </w:tblStylePr>
    <w:tblStylePr w:type="band1Horz">
      <w:tblPr/>
      <w:tcPr>
        <w:tcBorders>
          <w:top w:val="single" w:sz="8" w:space="0" w:color="232323" w:themeColor="accent3"/>
          <w:left w:val="single" w:sz="8" w:space="0" w:color="232323" w:themeColor="accent3"/>
          <w:bottom w:val="single" w:sz="8" w:space="0" w:color="232323" w:themeColor="accent3"/>
          <w:right w:val="single" w:sz="8" w:space="0" w:color="232323" w:themeColor="accent3"/>
          <w:insideV w:val="single" w:sz="8" w:space="0" w:color="232323" w:themeColor="accent3"/>
        </w:tcBorders>
        <w:shd w:val="clear" w:color="auto" w:fill="E6EED5" w:themeFill="accent3" w:themeFillTint="3F"/>
      </w:tcPr>
    </w:tblStylePr>
    <w:tblStylePr w:type="band2Horz">
      <w:tblPr/>
      <w:tcPr>
        <w:tcBorders>
          <w:top w:val="single" w:sz="8" w:space="0" w:color="232323" w:themeColor="accent3"/>
          <w:left w:val="single" w:sz="8" w:space="0" w:color="232323" w:themeColor="accent3"/>
          <w:bottom w:val="single" w:sz="8" w:space="0" w:color="232323" w:themeColor="accent3"/>
          <w:right w:val="single" w:sz="8" w:space="0" w:color="232323" w:themeColor="accent3"/>
          <w:insideV w:val="single" w:sz="8" w:space="0" w:color="232323"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232323" w:themeColor="accent4"/>
        <w:left w:val="single" w:sz="8" w:space="0" w:color="232323" w:themeColor="accent4"/>
        <w:bottom w:val="single" w:sz="8" w:space="0" w:color="232323" w:themeColor="accent4"/>
        <w:right w:val="single" w:sz="8" w:space="0" w:color="232323" w:themeColor="accent4"/>
        <w:insideH w:val="single" w:sz="8" w:space="0" w:color="232323" w:themeColor="accent4"/>
        <w:insideV w:val="single" w:sz="8" w:space="0" w:color="232323"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4"/>
          <w:left w:val="single" w:sz="8" w:space="0" w:color="232323" w:themeColor="accent4"/>
          <w:bottom w:val="single" w:sz="18" w:space="0" w:color="232323" w:themeColor="accent4"/>
          <w:right w:val="single" w:sz="8" w:space="0" w:color="232323" w:themeColor="accent4"/>
          <w:insideH w:val="nil"/>
          <w:insideV w:val="single" w:sz="8" w:space="0" w:color="23232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4"/>
          <w:left w:val="single" w:sz="8" w:space="0" w:color="232323" w:themeColor="accent4"/>
          <w:bottom w:val="single" w:sz="8" w:space="0" w:color="232323" w:themeColor="accent4"/>
          <w:right w:val="single" w:sz="8" w:space="0" w:color="232323" w:themeColor="accent4"/>
          <w:insideH w:val="nil"/>
          <w:insideV w:val="single" w:sz="8" w:space="0" w:color="23232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4"/>
          <w:left w:val="single" w:sz="8" w:space="0" w:color="232323" w:themeColor="accent4"/>
          <w:bottom w:val="single" w:sz="8" w:space="0" w:color="232323" w:themeColor="accent4"/>
          <w:right w:val="single" w:sz="8" w:space="0" w:color="232323" w:themeColor="accent4"/>
        </w:tcBorders>
      </w:tcPr>
    </w:tblStylePr>
    <w:tblStylePr w:type="band1Vert">
      <w:tblPr/>
      <w:tcPr>
        <w:tcBorders>
          <w:top w:val="single" w:sz="8" w:space="0" w:color="232323" w:themeColor="accent4"/>
          <w:left w:val="single" w:sz="8" w:space="0" w:color="232323" w:themeColor="accent4"/>
          <w:bottom w:val="single" w:sz="8" w:space="0" w:color="232323" w:themeColor="accent4"/>
          <w:right w:val="single" w:sz="8" w:space="0" w:color="232323" w:themeColor="accent4"/>
        </w:tcBorders>
        <w:shd w:val="clear" w:color="auto" w:fill="DFD8E8" w:themeFill="accent4" w:themeFillTint="3F"/>
      </w:tcPr>
    </w:tblStylePr>
    <w:tblStylePr w:type="band1Horz">
      <w:tblPr/>
      <w:tcPr>
        <w:tcBorders>
          <w:top w:val="single" w:sz="8" w:space="0" w:color="232323" w:themeColor="accent4"/>
          <w:left w:val="single" w:sz="8" w:space="0" w:color="232323" w:themeColor="accent4"/>
          <w:bottom w:val="single" w:sz="8" w:space="0" w:color="232323" w:themeColor="accent4"/>
          <w:right w:val="single" w:sz="8" w:space="0" w:color="232323" w:themeColor="accent4"/>
          <w:insideV w:val="single" w:sz="8" w:space="0" w:color="232323" w:themeColor="accent4"/>
        </w:tcBorders>
        <w:shd w:val="clear" w:color="auto" w:fill="DFD8E8" w:themeFill="accent4" w:themeFillTint="3F"/>
      </w:tcPr>
    </w:tblStylePr>
    <w:tblStylePr w:type="band2Horz">
      <w:tblPr/>
      <w:tcPr>
        <w:tcBorders>
          <w:top w:val="single" w:sz="8" w:space="0" w:color="232323" w:themeColor="accent4"/>
          <w:left w:val="single" w:sz="8" w:space="0" w:color="232323" w:themeColor="accent4"/>
          <w:bottom w:val="single" w:sz="8" w:space="0" w:color="232323" w:themeColor="accent4"/>
          <w:right w:val="single" w:sz="8" w:space="0" w:color="232323" w:themeColor="accent4"/>
          <w:insideV w:val="single" w:sz="8" w:space="0" w:color="232323"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232323" w:themeColor="accent5"/>
        <w:left w:val="single" w:sz="8" w:space="0" w:color="232323" w:themeColor="accent5"/>
        <w:bottom w:val="single" w:sz="8" w:space="0" w:color="232323" w:themeColor="accent5"/>
        <w:right w:val="single" w:sz="8" w:space="0" w:color="232323" w:themeColor="accent5"/>
        <w:insideH w:val="single" w:sz="8" w:space="0" w:color="232323" w:themeColor="accent5"/>
        <w:insideV w:val="single" w:sz="8" w:space="0" w:color="232323"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5"/>
          <w:left w:val="single" w:sz="8" w:space="0" w:color="232323" w:themeColor="accent5"/>
          <w:bottom w:val="single" w:sz="18" w:space="0" w:color="232323" w:themeColor="accent5"/>
          <w:right w:val="single" w:sz="8" w:space="0" w:color="232323" w:themeColor="accent5"/>
          <w:insideH w:val="nil"/>
          <w:insideV w:val="single" w:sz="8" w:space="0" w:color="23232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5"/>
          <w:left w:val="single" w:sz="8" w:space="0" w:color="232323" w:themeColor="accent5"/>
          <w:bottom w:val="single" w:sz="8" w:space="0" w:color="232323" w:themeColor="accent5"/>
          <w:right w:val="single" w:sz="8" w:space="0" w:color="232323" w:themeColor="accent5"/>
          <w:insideH w:val="nil"/>
          <w:insideV w:val="single" w:sz="8" w:space="0" w:color="23232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5"/>
          <w:left w:val="single" w:sz="8" w:space="0" w:color="232323" w:themeColor="accent5"/>
          <w:bottom w:val="single" w:sz="8" w:space="0" w:color="232323" w:themeColor="accent5"/>
          <w:right w:val="single" w:sz="8" w:space="0" w:color="232323" w:themeColor="accent5"/>
        </w:tcBorders>
      </w:tcPr>
    </w:tblStylePr>
    <w:tblStylePr w:type="band1Vert">
      <w:tblPr/>
      <w:tcPr>
        <w:tcBorders>
          <w:top w:val="single" w:sz="8" w:space="0" w:color="232323" w:themeColor="accent5"/>
          <w:left w:val="single" w:sz="8" w:space="0" w:color="232323" w:themeColor="accent5"/>
          <w:bottom w:val="single" w:sz="8" w:space="0" w:color="232323" w:themeColor="accent5"/>
          <w:right w:val="single" w:sz="8" w:space="0" w:color="232323" w:themeColor="accent5"/>
        </w:tcBorders>
        <w:shd w:val="clear" w:color="auto" w:fill="D2EAF1" w:themeFill="accent5" w:themeFillTint="3F"/>
      </w:tcPr>
    </w:tblStylePr>
    <w:tblStylePr w:type="band1Horz">
      <w:tblPr/>
      <w:tcPr>
        <w:tcBorders>
          <w:top w:val="single" w:sz="8" w:space="0" w:color="232323" w:themeColor="accent5"/>
          <w:left w:val="single" w:sz="8" w:space="0" w:color="232323" w:themeColor="accent5"/>
          <w:bottom w:val="single" w:sz="8" w:space="0" w:color="232323" w:themeColor="accent5"/>
          <w:right w:val="single" w:sz="8" w:space="0" w:color="232323" w:themeColor="accent5"/>
          <w:insideV w:val="single" w:sz="8" w:space="0" w:color="232323" w:themeColor="accent5"/>
        </w:tcBorders>
        <w:shd w:val="clear" w:color="auto" w:fill="D2EAF1" w:themeFill="accent5" w:themeFillTint="3F"/>
      </w:tcPr>
    </w:tblStylePr>
    <w:tblStylePr w:type="band2Horz">
      <w:tblPr/>
      <w:tcPr>
        <w:tcBorders>
          <w:top w:val="single" w:sz="8" w:space="0" w:color="232323" w:themeColor="accent5"/>
          <w:left w:val="single" w:sz="8" w:space="0" w:color="232323" w:themeColor="accent5"/>
          <w:bottom w:val="single" w:sz="8" w:space="0" w:color="232323" w:themeColor="accent5"/>
          <w:right w:val="single" w:sz="8" w:space="0" w:color="232323" w:themeColor="accent5"/>
          <w:insideV w:val="single" w:sz="8" w:space="0" w:color="23232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232323" w:themeColor="accent6"/>
        <w:left w:val="single" w:sz="8" w:space="0" w:color="232323" w:themeColor="accent6"/>
        <w:bottom w:val="single" w:sz="8" w:space="0" w:color="232323" w:themeColor="accent6"/>
        <w:right w:val="single" w:sz="8" w:space="0" w:color="232323" w:themeColor="accent6"/>
        <w:insideH w:val="single" w:sz="8" w:space="0" w:color="232323" w:themeColor="accent6"/>
        <w:insideV w:val="single" w:sz="8" w:space="0" w:color="232323"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6"/>
          <w:left w:val="single" w:sz="8" w:space="0" w:color="232323" w:themeColor="accent6"/>
          <w:bottom w:val="single" w:sz="18" w:space="0" w:color="232323" w:themeColor="accent6"/>
          <w:right w:val="single" w:sz="8" w:space="0" w:color="232323" w:themeColor="accent6"/>
          <w:insideH w:val="nil"/>
          <w:insideV w:val="single" w:sz="8" w:space="0" w:color="23232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6"/>
          <w:left w:val="single" w:sz="8" w:space="0" w:color="232323" w:themeColor="accent6"/>
          <w:bottom w:val="single" w:sz="8" w:space="0" w:color="232323" w:themeColor="accent6"/>
          <w:right w:val="single" w:sz="8" w:space="0" w:color="232323" w:themeColor="accent6"/>
          <w:insideH w:val="nil"/>
          <w:insideV w:val="single" w:sz="8" w:space="0" w:color="23232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6"/>
          <w:left w:val="single" w:sz="8" w:space="0" w:color="232323" w:themeColor="accent6"/>
          <w:bottom w:val="single" w:sz="8" w:space="0" w:color="232323" w:themeColor="accent6"/>
          <w:right w:val="single" w:sz="8" w:space="0" w:color="232323" w:themeColor="accent6"/>
        </w:tcBorders>
      </w:tcPr>
    </w:tblStylePr>
    <w:tblStylePr w:type="band1Vert">
      <w:tblPr/>
      <w:tcPr>
        <w:tcBorders>
          <w:top w:val="single" w:sz="8" w:space="0" w:color="232323" w:themeColor="accent6"/>
          <w:left w:val="single" w:sz="8" w:space="0" w:color="232323" w:themeColor="accent6"/>
          <w:bottom w:val="single" w:sz="8" w:space="0" w:color="232323" w:themeColor="accent6"/>
          <w:right w:val="single" w:sz="8" w:space="0" w:color="232323" w:themeColor="accent6"/>
        </w:tcBorders>
        <w:shd w:val="clear" w:color="auto" w:fill="E5E3DE" w:themeFill="accent6" w:themeFillTint="3F"/>
      </w:tcPr>
    </w:tblStylePr>
    <w:tblStylePr w:type="band1Horz">
      <w:tblPr/>
      <w:tcPr>
        <w:tcBorders>
          <w:top w:val="single" w:sz="8" w:space="0" w:color="232323" w:themeColor="accent6"/>
          <w:left w:val="single" w:sz="8" w:space="0" w:color="232323" w:themeColor="accent6"/>
          <w:bottom w:val="single" w:sz="8" w:space="0" w:color="232323" w:themeColor="accent6"/>
          <w:right w:val="single" w:sz="8" w:space="0" w:color="232323" w:themeColor="accent6"/>
          <w:insideV w:val="single" w:sz="8" w:space="0" w:color="232323" w:themeColor="accent6"/>
        </w:tcBorders>
        <w:shd w:val="clear" w:color="auto" w:fill="E5E3DE" w:themeFill="accent6" w:themeFillTint="3F"/>
      </w:tcPr>
    </w:tblStylePr>
    <w:tblStylePr w:type="band2Horz">
      <w:tblPr/>
      <w:tcPr>
        <w:tcBorders>
          <w:top w:val="single" w:sz="8" w:space="0" w:color="232323" w:themeColor="accent6"/>
          <w:left w:val="single" w:sz="8" w:space="0" w:color="232323" w:themeColor="accent6"/>
          <w:bottom w:val="single" w:sz="8" w:space="0" w:color="232323" w:themeColor="accent6"/>
          <w:right w:val="single" w:sz="8" w:space="0" w:color="232323" w:themeColor="accent6"/>
          <w:insideV w:val="single" w:sz="8" w:space="0" w:color="232323"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66645F" w:themeColor="text1" w:themeTint="BF"/>
        <w:left w:val="single" w:sz="8" w:space="0" w:color="66645F" w:themeColor="text1" w:themeTint="BF"/>
        <w:bottom w:val="single" w:sz="8" w:space="0" w:color="66645F" w:themeColor="text1" w:themeTint="BF"/>
        <w:right w:val="single" w:sz="8" w:space="0" w:color="66645F" w:themeColor="text1" w:themeTint="BF"/>
        <w:insideH w:val="single" w:sz="8" w:space="0" w:color="66645F"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66645F" w:themeColor="text1" w:themeTint="BF"/>
          <w:left w:val="single" w:sz="8" w:space="0" w:color="66645F" w:themeColor="text1" w:themeTint="BF"/>
          <w:bottom w:val="single" w:sz="8" w:space="0" w:color="66645F" w:themeColor="text1" w:themeTint="BF"/>
          <w:right w:val="single" w:sz="8" w:space="0" w:color="66645F" w:themeColor="text1" w:themeTint="BF"/>
          <w:insideH w:val="nil"/>
          <w:insideV w:val="nil"/>
        </w:tcBorders>
        <w:shd w:val="clear" w:color="auto" w:fill="232323" w:themeFill="text1"/>
      </w:tcPr>
    </w:tblStylePr>
    <w:tblStylePr w:type="lastRow">
      <w:pPr>
        <w:spacing w:before="0" w:after="0" w:line="240" w:lineRule="auto"/>
      </w:pPr>
      <w:rPr>
        <w:b/>
        <w:bCs/>
      </w:rPr>
      <w:tblPr/>
      <w:tcPr>
        <w:tcBorders>
          <w:top w:val="double" w:sz="6" w:space="0" w:color="66645F" w:themeColor="text1" w:themeTint="BF"/>
          <w:left w:val="single" w:sz="8" w:space="0" w:color="66645F" w:themeColor="text1" w:themeTint="BF"/>
          <w:bottom w:val="single" w:sz="8" w:space="0" w:color="66645F" w:themeColor="text1" w:themeTint="BF"/>
          <w:right w:val="single" w:sz="8" w:space="0" w:color="66645F"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232323" w:themeColor="accent1" w:themeTint="BF"/>
        <w:left w:val="single" w:sz="8" w:space="0" w:color="232323" w:themeColor="accent1" w:themeTint="BF"/>
        <w:bottom w:val="single" w:sz="8" w:space="0" w:color="232323" w:themeColor="accent1" w:themeTint="BF"/>
        <w:right w:val="single" w:sz="8" w:space="0" w:color="232323" w:themeColor="accent1" w:themeTint="BF"/>
        <w:insideH w:val="single" w:sz="8" w:space="0" w:color="232323"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1" w:themeTint="BF"/>
          <w:left w:val="single" w:sz="8" w:space="0" w:color="232323" w:themeColor="accent1" w:themeTint="BF"/>
          <w:bottom w:val="single" w:sz="8" w:space="0" w:color="232323" w:themeColor="accent1" w:themeTint="BF"/>
          <w:right w:val="single" w:sz="8" w:space="0" w:color="232323" w:themeColor="accent1" w:themeTint="BF"/>
          <w:insideH w:val="nil"/>
          <w:insideV w:val="nil"/>
        </w:tcBorders>
        <w:shd w:val="clear" w:color="auto" w:fill="E5E3DE" w:themeFill="accent1"/>
      </w:tcPr>
    </w:tblStylePr>
    <w:tblStylePr w:type="lastRow">
      <w:pPr>
        <w:spacing w:before="0" w:after="0" w:line="240" w:lineRule="auto"/>
      </w:pPr>
      <w:rPr>
        <w:b/>
        <w:bCs/>
      </w:rPr>
      <w:tblPr/>
      <w:tcPr>
        <w:tcBorders>
          <w:top w:val="double" w:sz="6" w:space="0" w:color="232323" w:themeColor="accent1" w:themeTint="BF"/>
          <w:left w:val="single" w:sz="8" w:space="0" w:color="232323" w:themeColor="accent1" w:themeTint="BF"/>
          <w:bottom w:val="single" w:sz="8" w:space="0" w:color="232323" w:themeColor="accent1" w:themeTint="BF"/>
          <w:right w:val="single" w:sz="8" w:space="0" w:color="23232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232323" w:themeColor="accent2" w:themeTint="BF"/>
        <w:left w:val="single" w:sz="8" w:space="0" w:color="232323" w:themeColor="accent2" w:themeTint="BF"/>
        <w:bottom w:val="single" w:sz="8" w:space="0" w:color="232323" w:themeColor="accent2" w:themeTint="BF"/>
        <w:right w:val="single" w:sz="8" w:space="0" w:color="232323" w:themeColor="accent2" w:themeTint="BF"/>
        <w:insideH w:val="single" w:sz="8" w:space="0" w:color="232323"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2" w:themeTint="BF"/>
          <w:left w:val="single" w:sz="8" w:space="0" w:color="232323" w:themeColor="accent2" w:themeTint="BF"/>
          <w:bottom w:val="single" w:sz="8" w:space="0" w:color="232323" w:themeColor="accent2" w:themeTint="BF"/>
          <w:right w:val="single" w:sz="8" w:space="0" w:color="232323" w:themeColor="accent2" w:themeTint="BF"/>
          <w:insideH w:val="nil"/>
          <w:insideV w:val="nil"/>
        </w:tcBorders>
        <w:shd w:val="clear" w:color="auto" w:fill="E5E3DE" w:themeFill="accent2"/>
      </w:tcPr>
    </w:tblStylePr>
    <w:tblStylePr w:type="lastRow">
      <w:pPr>
        <w:spacing w:before="0" w:after="0" w:line="240" w:lineRule="auto"/>
      </w:pPr>
      <w:rPr>
        <w:b/>
        <w:bCs/>
      </w:rPr>
      <w:tblPr/>
      <w:tcPr>
        <w:tcBorders>
          <w:top w:val="double" w:sz="6" w:space="0" w:color="232323" w:themeColor="accent2" w:themeTint="BF"/>
          <w:left w:val="single" w:sz="8" w:space="0" w:color="232323" w:themeColor="accent2" w:themeTint="BF"/>
          <w:bottom w:val="single" w:sz="8" w:space="0" w:color="232323" w:themeColor="accent2" w:themeTint="BF"/>
          <w:right w:val="single" w:sz="8" w:space="0" w:color="23232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232323" w:themeColor="accent3" w:themeTint="BF"/>
        <w:left w:val="single" w:sz="8" w:space="0" w:color="232323" w:themeColor="accent3" w:themeTint="BF"/>
        <w:bottom w:val="single" w:sz="8" w:space="0" w:color="232323" w:themeColor="accent3" w:themeTint="BF"/>
        <w:right w:val="single" w:sz="8" w:space="0" w:color="232323" w:themeColor="accent3" w:themeTint="BF"/>
        <w:insideH w:val="single" w:sz="8" w:space="0" w:color="232323"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3" w:themeTint="BF"/>
          <w:left w:val="single" w:sz="8" w:space="0" w:color="232323" w:themeColor="accent3" w:themeTint="BF"/>
          <w:bottom w:val="single" w:sz="8" w:space="0" w:color="232323" w:themeColor="accent3" w:themeTint="BF"/>
          <w:right w:val="single" w:sz="8" w:space="0" w:color="232323" w:themeColor="accent3" w:themeTint="BF"/>
          <w:insideH w:val="nil"/>
          <w:insideV w:val="nil"/>
        </w:tcBorders>
        <w:shd w:val="clear" w:color="auto" w:fill="E5E3DE" w:themeFill="accent3"/>
      </w:tcPr>
    </w:tblStylePr>
    <w:tblStylePr w:type="lastRow">
      <w:pPr>
        <w:spacing w:before="0" w:after="0" w:line="240" w:lineRule="auto"/>
      </w:pPr>
      <w:rPr>
        <w:b/>
        <w:bCs/>
      </w:rPr>
      <w:tblPr/>
      <w:tcPr>
        <w:tcBorders>
          <w:top w:val="double" w:sz="6" w:space="0" w:color="232323" w:themeColor="accent3" w:themeTint="BF"/>
          <w:left w:val="single" w:sz="8" w:space="0" w:color="232323" w:themeColor="accent3" w:themeTint="BF"/>
          <w:bottom w:val="single" w:sz="8" w:space="0" w:color="232323" w:themeColor="accent3" w:themeTint="BF"/>
          <w:right w:val="single" w:sz="8" w:space="0" w:color="232323"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232323" w:themeColor="accent4" w:themeTint="BF"/>
        <w:left w:val="single" w:sz="8" w:space="0" w:color="232323" w:themeColor="accent4" w:themeTint="BF"/>
        <w:bottom w:val="single" w:sz="8" w:space="0" w:color="232323" w:themeColor="accent4" w:themeTint="BF"/>
        <w:right w:val="single" w:sz="8" w:space="0" w:color="232323" w:themeColor="accent4" w:themeTint="BF"/>
        <w:insideH w:val="single" w:sz="8" w:space="0" w:color="232323"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4" w:themeTint="BF"/>
          <w:left w:val="single" w:sz="8" w:space="0" w:color="232323" w:themeColor="accent4" w:themeTint="BF"/>
          <w:bottom w:val="single" w:sz="8" w:space="0" w:color="232323" w:themeColor="accent4" w:themeTint="BF"/>
          <w:right w:val="single" w:sz="8" w:space="0" w:color="232323" w:themeColor="accent4" w:themeTint="BF"/>
          <w:insideH w:val="nil"/>
          <w:insideV w:val="nil"/>
        </w:tcBorders>
        <w:shd w:val="clear" w:color="auto" w:fill="E5E3DE" w:themeFill="accent4"/>
      </w:tcPr>
    </w:tblStylePr>
    <w:tblStylePr w:type="lastRow">
      <w:pPr>
        <w:spacing w:before="0" w:after="0" w:line="240" w:lineRule="auto"/>
      </w:pPr>
      <w:rPr>
        <w:b/>
        <w:bCs/>
      </w:rPr>
      <w:tblPr/>
      <w:tcPr>
        <w:tcBorders>
          <w:top w:val="double" w:sz="6" w:space="0" w:color="232323" w:themeColor="accent4" w:themeTint="BF"/>
          <w:left w:val="single" w:sz="8" w:space="0" w:color="232323" w:themeColor="accent4" w:themeTint="BF"/>
          <w:bottom w:val="single" w:sz="8" w:space="0" w:color="232323" w:themeColor="accent4" w:themeTint="BF"/>
          <w:right w:val="single" w:sz="8" w:space="0" w:color="232323"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232323" w:themeColor="accent5" w:themeTint="BF"/>
        <w:left w:val="single" w:sz="8" w:space="0" w:color="232323" w:themeColor="accent5" w:themeTint="BF"/>
        <w:bottom w:val="single" w:sz="8" w:space="0" w:color="232323" w:themeColor="accent5" w:themeTint="BF"/>
        <w:right w:val="single" w:sz="8" w:space="0" w:color="232323" w:themeColor="accent5" w:themeTint="BF"/>
        <w:insideH w:val="single" w:sz="8" w:space="0" w:color="232323"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5" w:themeTint="BF"/>
          <w:left w:val="single" w:sz="8" w:space="0" w:color="232323" w:themeColor="accent5" w:themeTint="BF"/>
          <w:bottom w:val="single" w:sz="8" w:space="0" w:color="232323" w:themeColor="accent5" w:themeTint="BF"/>
          <w:right w:val="single" w:sz="8" w:space="0" w:color="232323" w:themeColor="accent5" w:themeTint="BF"/>
          <w:insideH w:val="nil"/>
          <w:insideV w:val="nil"/>
        </w:tcBorders>
        <w:shd w:val="clear" w:color="auto" w:fill="E5E3DE" w:themeFill="accent5"/>
      </w:tcPr>
    </w:tblStylePr>
    <w:tblStylePr w:type="lastRow">
      <w:pPr>
        <w:spacing w:before="0" w:after="0" w:line="240" w:lineRule="auto"/>
      </w:pPr>
      <w:rPr>
        <w:b/>
        <w:bCs/>
      </w:rPr>
      <w:tblPr/>
      <w:tcPr>
        <w:tcBorders>
          <w:top w:val="double" w:sz="6" w:space="0" w:color="232323" w:themeColor="accent5" w:themeTint="BF"/>
          <w:left w:val="single" w:sz="8" w:space="0" w:color="232323" w:themeColor="accent5" w:themeTint="BF"/>
          <w:bottom w:val="single" w:sz="8" w:space="0" w:color="232323" w:themeColor="accent5" w:themeTint="BF"/>
          <w:right w:val="single" w:sz="8" w:space="0" w:color="232323"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232323" w:themeColor="accent6" w:themeTint="BF"/>
        <w:left w:val="single" w:sz="8" w:space="0" w:color="232323" w:themeColor="accent6" w:themeTint="BF"/>
        <w:bottom w:val="single" w:sz="8" w:space="0" w:color="232323" w:themeColor="accent6" w:themeTint="BF"/>
        <w:right w:val="single" w:sz="8" w:space="0" w:color="232323" w:themeColor="accent6" w:themeTint="BF"/>
        <w:insideH w:val="single" w:sz="8" w:space="0" w:color="232323"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6" w:themeTint="BF"/>
          <w:left w:val="single" w:sz="8" w:space="0" w:color="232323" w:themeColor="accent6" w:themeTint="BF"/>
          <w:bottom w:val="single" w:sz="8" w:space="0" w:color="232323" w:themeColor="accent6" w:themeTint="BF"/>
          <w:right w:val="single" w:sz="8" w:space="0" w:color="232323" w:themeColor="accent6" w:themeTint="BF"/>
          <w:insideH w:val="nil"/>
          <w:insideV w:val="nil"/>
        </w:tcBorders>
        <w:shd w:val="clear" w:color="auto" w:fill="E5E3DE" w:themeFill="accent6"/>
      </w:tcPr>
    </w:tblStylePr>
    <w:tblStylePr w:type="lastRow">
      <w:pPr>
        <w:spacing w:before="0" w:after="0" w:line="240" w:lineRule="auto"/>
      </w:pPr>
      <w:rPr>
        <w:b/>
        <w:bCs/>
      </w:rPr>
      <w:tblPr/>
      <w:tcPr>
        <w:tcBorders>
          <w:top w:val="double" w:sz="6" w:space="0" w:color="232323" w:themeColor="accent6" w:themeTint="BF"/>
          <w:left w:val="single" w:sz="8" w:space="0" w:color="232323" w:themeColor="accent6" w:themeTint="BF"/>
          <w:bottom w:val="single" w:sz="8" w:space="0" w:color="232323" w:themeColor="accent6" w:themeTint="BF"/>
          <w:right w:val="single" w:sz="8" w:space="0" w:color="23232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3DE" w:themeFill="accent6" w:themeFillTint="3F"/>
      </w:tcPr>
    </w:tblStylePr>
    <w:tblStylePr w:type="band1Horz">
      <w:tblPr/>
      <w:tcPr>
        <w:tcBorders>
          <w:insideH w:val="nil"/>
          <w:insideV w:val="nil"/>
        </w:tcBorders>
        <w:shd w:val="clear" w:color="auto" w:fill="E5E3D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3232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232323" w:themeFill="text1"/>
      </w:tcPr>
    </w:tblStylePr>
    <w:tblStylePr w:type="lastCol">
      <w:rPr>
        <w:b/>
        <w:bCs/>
        <w:color w:val="FFFFFF"/>
      </w:rPr>
      <w:tblPr/>
      <w:tcPr>
        <w:tcBorders>
          <w:left w:val="nil"/>
          <w:right w:val="nil"/>
          <w:insideH w:val="nil"/>
          <w:insideV w:val="nil"/>
        </w:tcBorders>
        <w:shd w:val="clear" w:color="auto" w:fill="23232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1"/>
      </w:tcPr>
    </w:tblStylePr>
    <w:tblStylePr w:type="lastCol">
      <w:rPr>
        <w:b/>
        <w:bCs/>
        <w:color w:val="FFFFFF"/>
      </w:rPr>
      <w:tblPr/>
      <w:tcPr>
        <w:tcBorders>
          <w:left w:val="nil"/>
          <w:right w:val="nil"/>
          <w:insideH w:val="nil"/>
          <w:insideV w:val="nil"/>
        </w:tcBorders>
        <w:shd w:val="clear" w:color="auto" w:fill="E5E3D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2"/>
      </w:tcPr>
    </w:tblStylePr>
    <w:tblStylePr w:type="lastCol">
      <w:rPr>
        <w:b/>
        <w:bCs/>
        <w:color w:val="FFFFFF"/>
      </w:rPr>
      <w:tblPr/>
      <w:tcPr>
        <w:tcBorders>
          <w:left w:val="nil"/>
          <w:right w:val="nil"/>
          <w:insideH w:val="nil"/>
          <w:insideV w:val="nil"/>
        </w:tcBorders>
        <w:shd w:val="clear" w:color="auto" w:fill="E5E3D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3"/>
      </w:tcPr>
    </w:tblStylePr>
    <w:tblStylePr w:type="lastCol">
      <w:rPr>
        <w:b/>
        <w:bCs/>
        <w:color w:val="FFFFFF"/>
      </w:rPr>
      <w:tblPr/>
      <w:tcPr>
        <w:tcBorders>
          <w:left w:val="nil"/>
          <w:right w:val="nil"/>
          <w:insideH w:val="nil"/>
          <w:insideV w:val="nil"/>
        </w:tcBorders>
        <w:shd w:val="clear" w:color="auto" w:fill="E5E3D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4"/>
      </w:tcPr>
    </w:tblStylePr>
    <w:tblStylePr w:type="lastCol">
      <w:rPr>
        <w:b/>
        <w:bCs/>
        <w:color w:val="FFFFFF"/>
      </w:rPr>
      <w:tblPr/>
      <w:tcPr>
        <w:tcBorders>
          <w:left w:val="nil"/>
          <w:right w:val="nil"/>
          <w:insideH w:val="nil"/>
          <w:insideV w:val="nil"/>
        </w:tcBorders>
        <w:shd w:val="clear" w:color="auto" w:fill="E5E3D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5"/>
      </w:tcPr>
    </w:tblStylePr>
    <w:tblStylePr w:type="lastCol">
      <w:rPr>
        <w:b/>
        <w:bCs/>
        <w:color w:val="FFFFFF"/>
      </w:rPr>
      <w:tblPr/>
      <w:tcPr>
        <w:tcBorders>
          <w:left w:val="nil"/>
          <w:right w:val="nil"/>
          <w:insideH w:val="nil"/>
          <w:insideV w:val="nil"/>
        </w:tcBorders>
        <w:shd w:val="clear" w:color="auto" w:fill="E5E3D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6"/>
      </w:tcPr>
    </w:tblStylePr>
    <w:tblStylePr w:type="lastCol">
      <w:rPr>
        <w:b/>
        <w:bCs/>
        <w:color w:val="FFFFFF"/>
      </w:rPr>
      <w:tblPr/>
      <w:tcPr>
        <w:tcBorders>
          <w:left w:val="nil"/>
          <w:right w:val="nil"/>
          <w:insideH w:val="nil"/>
          <w:insideV w:val="nil"/>
        </w:tcBorders>
        <w:shd w:val="clear" w:color="auto" w:fill="E5E3D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text1"/>
        <w:bottom w:val="single" w:sz="8" w:space="0" w:color="232323"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text1"/>
        </w:tcBorders>
      </w:tcPr>
    </w:tblStylePr>
    <w:tblStylePr w:type="lastRow">
      <w:rPr>
        <w:b/>
        <w:bCs/>
        <w:color w:val="66645F"/>
      </w:rPr>
      <w:tblPr/>
      <w:tcPr>
        <w:tcBorders>
          <w:top w:val="single" w:sz="8" w:space="0" w:color="232323" w:themeColor="text1"/>
          <w:bottom w:val="single" w:sz="8" w:space="0" w:color="232323" w:themeColor="text1"/>
        </w:tcBorders>
      </w:tcPr>
    </w:tblStylePr>
    <w:tblStylePr w:type="firstCol">
      <w:rPr>
        <w:b/>
        <w:bCs/>
      </w:rPr>
    </w:tblStylePr>
    <w:tblStylePr w:type="lastCol">
      <w:rPr>
        <w:b/>
        <w:bCs/>
      </w:rPr>
      <w:tblPr/>
      <w:tcPr>
        <w:tcBorders>
          <w:top w:val="single" w:sz="8" w:space="0" w:color="232323" w:themeColor="text1"/>
          <w:bottom w:val="single" w:sz="8" w:space="0" w:color="232323"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1"/>
        <w:bottom w:val="single" w:sz="8" w:space="0" w:color="232323"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1"/>
        </w:tcBorders>
      </w:tcPr>
    </w:tblStylePr>
    <w:tblStylePr w:type="lastRow">
      <w:rPr>
        <w:b/>
        <w:bCs/>
        <w:color w:val="66645F"/>
      </w:rPr>
      <w:tblPr/>
      <w:tcPr>
        <w:tcBorders>
          <w:top w:val="single" w:sz="8" w:space="0" w:color="232323" w:themeColor="accent1"/>
          <w:bottom w:val="single" w:sz="8" w:space="0" w:color="232323" w:themeColor="accent1"/>
        </w:tcBorders>
      </w:tcPr>
    </w:tblStylePr>
    <w:tblStylePr w:type="firstCol">
      <w:rPr>
        <w:b/>
        <w:bCs/>
      </w:rPr>
    </w:tblStylePr>
    <w:tblStylePr w:type="lastCol">
      <w:rPr>
        <w:b/>
        <w:bCs/>
      </w:rPr>
      <w:tblPr/>
      <w:tcPr>
        <w:tcBorders>
          <w:top w:val="single" w:sz="8" w:space="0" w:color="232323" w:themeColor="accent1"/>
          <w:bottom w:val="single" w:sz="8" w:space="0" w:color="232323"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2"/>
        <w:bottom w:val="single" w:sz="8" w:space="0" w:color="232323"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2"/>
        </w:tcBorders>
      </w:tcPr>
    </w:tblStylePr>
    <w:tblStylePr w:type="lastRow">
      <w:rPr>
        <w:b/>
        <w:bCs/>
        <w:color w:val="66645F"/>
      </w:rPr>
      <w:tblPr/>
      <w:tcPr>
        <w:tcBorders>
          <w:top w:val="single" w:sz="8" w:space="0" w:color="232323" w:themeColor="accent2"/>
          <w:bottom w:val="single" w:sz="8" w:space="0" w:color="232323" w:themeColor="accent2"/>
        </w:tcBorders>
      </w:tcPr>
    </w:tblStylePr>
    <w:tblStylePr w:type="firstCol">
      <w:rPr>
        <w:b/>
        <w:bCs/>
      </w:rPr>
    </w:tblStylePr>
    <w:tblStylePr w:type="lastCol">
      <w:rPr>
        <w:b/>
        <w:bCs/>
      </w:rPr>
      <w:tblPr/>
      <w:tcPr>
        <w:tcBorders>
          <w:top w:val="single" w:sz="8" w:space="0" w:color="232323" w:themeColor="accent2"/>
          <w:bottom w:val="single" w:sz="8" w:space="0" w:color="232323"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3"/>
        <w:bottom w:val="single" w:sz="8" w:space="0" w:color="232323"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3"/>
        </w:tcBorders>
      </w:tcPr>
    </w:tblStylePr>
    <w:tblStylePr w:type="lastRow">
      <w:rPr>
        <w:b/>
        <w:bCs/>
        <w:color w:val="66645F"/>
      </w:rPr>
      <w:tblPr/>
      <w:tcPr>
        <w:tcBorders>
          <w:top w:val="single" w:sz="8" w:space="0" w:color="232323" w:themeColor="accent3"/>
          <w:bottom w:val="single" w:sz="8" w:space="0" w:color="232323" w:themeColor="accent3"/>
        </w:tcBorders>
      </w:tcPr>
    </w:tblStylePr>
    <w:tblStylePr w:type="firstCol">
      <w:rPr>
        <w:b/>
        <w:bCs/>
      </w:rPr>
    </w:tblStylePr>
    <w:tblStylePr w:type="lastCol">
      <w:rPr>
        <w:b/>
        <w:bCs/>
      </w:rPr>
      <w:tblPr/>
      <w:tcPr>
        <w:tcBorders>
          <w:top w:val="single" w:sz="8" w:space="0" w:color="232323" w:themeColor="accent3"/>
          <w:bottom w:val="single" w:sz="8" w:space="0" w:color="232323"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4"/>
        <w:bottom w:val="single" w:sz="8" w:space="0" w:color="232323"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4"/>
        </w:tcBorders>
      </w:tcPr>
    </w:tblStylePr>
    <w:tblStylePr w:type="lastRow">
      <w:rPr>
        <w:b/>
        <w:bCs/>
        <w:color w:val="66645F"/>
      </w:rPr>
      <w:tblPr/>
      <w:tcPr>
        <w:tcBorders>
          <w:top w:val="single" w:sz="8" w:space="0" w:color="232323" w:themeColor="accent4"/>
          <w:bottom w:val="single" w:sz="8" w:space="0" w:color="232323" w:themeColor="accent4"/>
        </w:tcBorders>
      </w:tcPr>
    </w:tblStylePr>
    <w:tblStylePr w:type="firstCol">
      <w:rPr>
        <w:b/>
        <w:bCs/>
      </w:rPr>
    </w:tblStylePr>
    <w:tblStylePr w:type="lastCol">
      <w:rPr>
        <w:b/>
        <w:bCs/>
      </w:rPr>
      <w:tblPr/>
      <w:tcPr>
        <w:tcBorders>
          <w:top w:val="single" w:sz="8" w:space="0" w:color="232323" w:themeColor="accent4"/>
          <w:bottom w:val="single" w:sz="8" w:space="0" w:color="232323"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5"/>
        <w:bottom w:val="single" w:sz="8" w:space="0" w:color="232323"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5"/>
        </w:tcBorders>
      </w:tcPr>
    </w:tblStylePr>
    <w:tblStylePr w:type="lastRow">
      <w:rPr>
        <w:b/>
        <w:bCs/>
        <w:color w:val="66645F"/>
      </w:rPr>
      <w:tblPr/>
      <w:tcPr>
        <w:tcBorders>
          <w:top w:val="single" w:sz="8" w:space="0" w:color="232323" w:themeColor="accent5"/>
          <w:bottom w:val="single" w:sz="8" w:space="0" w:color="232323" w:themeColor="accent5"/>
        </w:tcBorders>
      </w:tcPr>
    </w:tblStylePr>
    <w:tblStylePr w:type="firstCol">
      <w:rPr>
        <w:b/>
        <w:bCs/>
      </w:rPr>
    </w:tblStylePr>
    <w:tblStylePr w:type="lastCol">
      <w:rPr>
        <w:b/>
        <w:bCs/>
      </w:rPr>
      <w:tblPr/>
      <w:tcPr>
        <w:tcBorders>
          <w:top w:val="single" w:sz="8" w:space="0" w:color="232323" w:themeColor="accent5"/>
          <w:bottom w:val="single" w:sz="8" w:space="0" w:color="232323"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6"/>
        <w:bottom w:val="single" w:sz="8" w:space="0" w:color="232323"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6"/>
        </w:tcBorders>
      </w:tcPr>
    </w:tblStylePr>
    <w:tblStylePr w:type="lastRow">
      <w:rPr>
        <w:b/>
        <w:bCs/>
        <w:color w:val="66645F"/>
      </w:rPr>
      <w:tblPr/>
      <w:tcPr>
        <w:tcBorders>
          <w:top w:val="single" w:sz="8" w:space="0" w:color="232323" w:themeColor="accent6"/>
          <w:bottom w:val="single" w:sz="8" w:space="0" w:color="232323" w:themeColor="accent6"/>
        </w:tcBorders>
      </w:tcPr>
    </w:tblStylePr>
    <w:tblStylePr w:type="firstCol">
      <w:rPr>
        <w:b/>
        <w:bCs/>
      </w:rPr>
    </w:tblStylePr>
    <w:tblStylePr w:type="lastCol">
      <w:rPr>
        <w:b/>
        <w:bCs/>
      </w:rPr>
      <w:tblPr/>
      <w:tcPr>
        <w:tcBorders>
          <w:top w:val="single" w:sz="8" w:space="0" w:color="232323" w:themeColor="accent6"/>
          <w:bottom w:val="single" w:sz="8" w:space="0" w:color="232323" w:themeColor="accent6"/>
        </w:tcBorders>
      </w:tcPr>
    </w:tblStylePr>
    <w:tblStylePr w:type="band1Vert">
      <w:tblPr/>
      <w:tcPr>
        <w:shd w:val="clear" w:color="auto" w:fill="E5E3DE" w:themeFill="accent6" w:themeFillTint="3F"/>
      </w:tcPr>
    </w:tblStylePr>
    <w:tblStylePr w:type="band1Horz">
      <w:tblPr/>
      <w:tcPr>
        <w:shd w:val="clear" w:color="auto" w:fill="E5E3DE"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text1"/>
        <w:left w:val="single" w:sz="8" w:space="0" w:color="232323" w:themeColor="text1"/>
        <w:bottom w:val="single" w:sz="8" w:space="0" w:color="232323" w:themeColor="text1"/>
        <w:right w:val="single" w:sz="8" w:space="0" w:color="232323"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text1"/>
          <w:right w:val="nil"/>
          <w:insideH w:val="nil"/>
          <w:insideV w:val="nil"/>
        </w:tcBorders>
        <w:shd w:val="clear" w:color="auto" w:fill="FFFFFF" w:themeFill="background1"/>
      </w:tcPr>
    </w:tblStylePr>
    <w:tblStylePr w:type="lastRow">
      <w:tblPr/>
      <w:tcPr>
        <w:tcBorders>
          <w:top w:val="single" w:sz="8" w:space="0" w:color="23232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text1"/>
          <w:insideH w:val="nil"/>
          <w:insideV w:val="nil"/>
        </w:tcBorders>
        <w:shd w:val="clear" w:color="auto" w:fill="FFFFFF" w:themeFill="background1"/>
      </w:tcPr>
    </w:tblStylePr>
    <w:tblStylePr w:type="lastCol">
      <w:tblPr/>
      <w:tcPr>
        <w:tcBorders>
          <w:top w:val="nil"/>
          <w:left w:val="single" w:sz="8" w:space="0" w:color="23232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1"/>
        <w:left w:val="single" w:sz="8" w:space="0" w:color="232323" w:themeColor="accent1"/>
        <w:bottom w:val="single" w:sz="8" w:space="0" w:color="232323" w:themeColor="accent1"/>
        <w:right w:val="single" w:sz="8" w:space="0" w:color="232323"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1"/>
          <w:right w:val="nil"/>
          <w:insideH w:val="nil"/>
          <w:insideV w:val="nil"/>
        </w:tcBorders>
        <w:shd w:val="clear" w:color="auto" w:fill="FFFFFF" w:themeFill="background1"/>
      </w:tcPr>
    </w:tblStylePr>
    <w:tblStylePr w:type="lastRow">
      <w:tblPr/>
      <w:tcPr>
        <w:tcBorders>
          <w:top w:val="single" w:sz="8" w:space="0" w:color="23232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1"/>
          <w:insideH w:val="nil"/>
          <w:insideV w:val="nil"/>
        </w:tcBorders>
        <w:shd w:val="clear" w:color="auto" w:fill="FFFFFF" w:themeFill="background1"/>
      </w:tcPr>
    </w:tblStylePr>
    <w:tblStylePr w:type="lastCol">
      <w:tblPr/>
      <w:tcPr>
        <w:tcBorders>
          <w:top w:val="nil"/>
          <w:left w:val="single" w:sz="8" w:space="0" w:color="23232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2"/>
        <w:left w:val="single" w:sz="8" w:space="0" w:color="232323" w:themeColor="accent2"/>
        <w:bottom w:val="single" w:sz="8" w:space="0" w:color="232323" w:themeColor="accent2"/>
        <w:right w:val="single" w:sz="8" w:space="0" w:color="232323"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2"/>
          <w:right w:val="nil"/>
          <w:insideH w:val="nil"/>
          <w:insideV w:val="nil"/>
        </w:tcBorders>
        <w:shd w:val="clear" w:color="auto" w:fill="FFFFFF" w:themeFill="background1"/>
      </w:tcPr>
    </w:tblStylePr>
    <w:tblStylePr w:type="lastRow">
      <w:tblPr/>
      <w:tcPr>
        <w:tcBorders>
          <w:top w:val="single" w:sz="8" w:space="0" w:color="23232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2"/>
          <w:insideH w:val="nil"/>
          <w:insideV w:val="nil"/>
        </w:tcBorders>
        <w:shd w:val="clear" w:color="auto" w:fill="FFFFFF" w:themeFill="background1"/>
      </w:tcPr>
    </w:tblStylePr>
    <w:tblStylePr w:type="lastCol">
      <w:tblPr/>
      <w:tcPr>
        <w:tcBorders>
          <w:top w:val="nil"/>
          <w:left w:val="single" w:sz="8" w:space="0" w:color="23232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3"/>
        <w:left w:val="single" w:sz="8" w:space="0" w:color="232323" w:themeColor="accent3"/>
        <w:bottom w:val="single" w:sz="8" w:space="0" w:color="232323" w:themeColor="accent3"/>
        <w:right w:val="single" w:sz="8" w:space="0" w:color="232323"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3"/>
          <w:right w:val="nil"/>
          <w:insideH w:val="nil"/>
          <w:insideV w:val="nil"/>
        </w:tcBorders>
        <w:shd w:val="clear" w:color="auto" w:fill="FFFFFF" w:themeFill="background1"/>
      </w:tcPr>
    </w:tblStylePr>
    <w:tblStylePr w:type="lastRow">
      <w:tblPr/>
      <w:tcPr>
        <w:tcBorders>
          <w:top w:val="single" w:sz="8" w:space="0" w:color="23232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3"/>
          <w:insideH w:val="nil"/>
          <w:insideV w:val="nil"/>
        </w:tcBorders>
        <w:shd w:val="clear" w:color="auto" w:fill="FFFFFF" w:themeFill="background1"/>
      </w:tcPr>
    </w:tblStylePr>
    <w:tblStylePr w:type="lastCol">
      <w:tblPr/>
      <w:tcPr>
        <w:tcBorders>
          <w:top w:val="nil"/>
          <w:left w:val="single" w:sz="8" w:space="0" w:color="23232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4"/>
        <w:left w:val="single" w:sz="8" w:space="0" w:color="232323" w:themeColor="accent4"/>
        <w:bottom w:val="single" w:sz="8" w:space="0" w:color="232323" w:themeColor="accent4"/>
        <w:right w:val="single" w:sz="8" w:space="0" w:color="232323"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4"/>
          <w:right w:val="nil"/>
          <w:insideH w:val="nil"/>
          <w:insideV w:val="nil"/>
        </w:tcBorders>
        <w:shd w:val="clear" w:color="auto" w:fill="FFFFFF" w:themeFill="background1"/>
      </w:tcPr>
    </w:tblStylePr>
    <w:tblStylePr w:type="lastRow">
      <w:tblPr/>
      <w:tcPr>
        <w:tcBorders>
          <w:top w:val="single" w:sz="8" w:space="0" w:color="23232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4"/>
          <w:insideH w:val="nil"/>
          <w:insideV w:val="nil"/>
        </w:tcBorders>
        <w:shd w:val="clear" w:color="auto" w:fill="FFFFFF" w:themeFill="background1"/>
      </w:tcPr>
    </w:tblStylePr>
    <w:tblStylePr w:type="lastCol">
      <w:tblPr/>
      <w:tcPr>
        <w:tcBorders>
          <w:top w:val="nil"/>
          <w:left w:val="single" w:sz="8" w:space="0" w:color="23232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5"/>
        <w:left w:val="single" w:sz="8" w:space="0" w:color="232323" w:themeColor="accent5"/>
        <w:bottom w:val="single" w:sz="8" w:space="0" w:color="232323" w:themeColor="accent5"/>
        <w:right w:val="single" w:sz="8" w:space="0" w:color="232323"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5"/>
          <w:right w:val="nil"/>
          <w:insideH w:val="nil"/>
          <w:insideV w:val="nil"/>
        </w:tcBorders>
        <w:shd w:val="clear" w:color="auto" w:fill="FFFFFF" w:themeFill="background1"/>
      </w:tcPr>
    </w:tblStylePr>
    <w:tblStylePr w:type="lastRow">
      <w:tblPr/>
      <w:tcPr>
        <w:tcBorders>
          <w:top w:val="single" w:sz="8" w:space="0" w:color="23232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5"/>
          <w:insideH w:val="nil"/>
          <w:insideV w:val="nil"/>
        </w:tcBorders>
        <w:shd w:val="clear" w:color="auto" w:fill="FFFFFF" w:themeFill="background1"/>
      </w:tcPr>
    </w:tblStylePr>
    <w:tblStylePr w:type="lastCol">
      <w:tblPr/>
      <w:tcPr>
        <w:tcBorders>
          <w:top w:val="nil"/>
          <w:left w:val="single" w:sz="8" w:space="0" w:color="23232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6"/>
        <w:left w:val="single" w:sz="8" w:space="0" w:color="232323" w:themeColor="accent6"/>
        <w:bottom w:val="single" w:sz="8" w:space="0" w:color="232323" w:themeColor="accent6"/>
        <w:right w:val="single" w:sz="8" w:space="0" w:color="232323"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6"/>
          <w:right w:val="nil"/>
          <w:insideH w:val="nil"/>
          <w:insideV w:val="nil"/>
        </w:tcBorders>
        <w:shd w:val="clear" w:color="auto" w:fill="FFFFFF" w:themeFill="background1"/>
      </w:tcPr>
    </w:tblStylePr>
    <w:tblStylePr w:type="lastRow">
      <w:tblPr/>
      <w:tcPr>
        <w:tcBorders>
          <w:top w:val="single" w:sz="8" w:space="0" w:color="23232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6"/>
          <w:insideH w:val="nil"/>
          <w:insideV w:val="nil"/>
        </w:tcBorders>
        <w:shd w:val="clear" w:color="auto" w:fill="FFFFFF" w:themeFill="background1"/>
      </w:tcPr>
    </w:tblStylePr>
    <w:tblStylePr w:type="lastCol">
      <w:tblPr/>
      <w:tcPr>
        <w:tcBorders>
          <w:top w:val="nil"/>
          <w:left w:val="single" w:sz="8" w:space="0" w:color="23232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3DE" w:themeFill="accent6" w:themeFillTint="3F"/>
      </w:tcPr>
    </w:tblStylePr>
    <w:tblStylePr w:type="band1Horz">
      <w:tblPr/>
      <w:tcPr>
        <w:tcBorders>
          <w:top w:val="nil"/>
          <w:bottom w:val="nil"/>
          <w:insideH w:val="nil"/>
          <w:insideV w:val="nil"/>
        </w:tcBorders>
        <w:shd w:val="clear" w:color="auto" w:fill="E5E3D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66645F" w:themeColor="text1" w:themeTint="BF"/>
        <w:left w:val="single" w:sz="8" w:space="0" w:color="66645F" w:themeColor="text1" w:themeTint="BF"/>
        <w:bottom w:val="single" w:sz="8" w:space="0" w:color="66645F" w:themeColor="text1" w:themeTint="BF"/>
        <w:right w:val="single" w:sz="8" w:space="0" w:color="66645F" w:themeColor="text1" w:themeTint="BF"/>
        <w:insideH w:val="single" w:sz="8" w:space="0" w:color="66645F" w:themeColor="text1" w:themeTint="BF"/>
        <w:insideV w:val="single" w:sz="8" w:space="0" w:color="66645F"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66645F" w:themeColor="text1" w:themeTint="BF"/>
        </w:tcBorders>
      </w:tcPr>
    </w:tblStylePr>
    <w:tblStylePr w:type="firstCol">
      <w:rPr>
        <w:b/>
        <w:bCs/>
      </w:rPr>
    </w:tblStylePr>
    <w:tblStylePr w:type="lastCol">
      <w:rPr>
        <w:b/>
        <w:bCs/>
      </w:rPr>
    </w:tblStylePr>
    <w:tblStylePr w:type="band1Vert">
      <w:tblPr/>
      <w:tcPr>
        <w:shd w:val="clear" w:color="auto" w:fill="66645F" w:themeFill="text1" w:themeFillTint="7F"/>
      </w:tcPr>
    </w:tblStylePr>
    <w:tblStylePr w:type="band1Horz">
      <w:tblPr/>
      <w:tcPr>
        <w:shd w:val="clear" w:color="auto" w:fill="66645F"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232323" w:themeColor="accent1" w:themeTint="BF"/>
        <w:left w:val="single" w:sz="8" w:space="0" w:color="232323" w:themeColor="accent1" w:themeTint="BF"/>
        <w:bottom w:val="single" w:sz="8" w:space="0" w:color="232323" w:themeColor="accent1" w:themeTint="BF"/>
        <w:right w:val="single" w:sz="8" w:space="0" w:color="232323" w:themeColor="accent1" w:themeTint="BF"/>
        <w:insideH w:val="single" w:sz="8" w:space="0" w:color="232323" w:themeColor="accent1" w:themeTint="BF"/>
        <w:insideV w:val="single" w:sz="8" w:space="0" w:color="232323"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232323" w:themeColor="accent1" w:themeTint="BF"/>
        </w:tcBorders>
      </w:tcPr>
    </w:tblStylePr>
    <w:tblStylePr w:type="firstCol">
      <w:rPr>
        <w:b/>
        <w:bCs/>
      </w:rPr>
    </w:tblStylePr>
    <w:tblStylePr w:type="lastCol">
      <w:rPr>
        <w:b/>
        <w:bCs/>
      </w:rPr>
    </w:tblStylePr>
    <w:tblStylePr w:type="band1Vert">
      <w:tblPr/>
      <w:tcPr>
        <w:shd w:val="clear" w:color="auto" w:fill="E5E3DE" w:themeFill="accent1" w:themeFillTint="7F"/>
      </w:tcPr>
    </w:tblStylePr>
    <w:tblStylePr w:type="band1Horz">
      <w:tblPr/>
      <w:tcPr>
        <w:shd w:val="clear" w:color="auto" w:fill="E5E3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232323" w:themeColor="accent2" w:themeTint="BF"/>
        <w:left w:val="single" w:sz="8" w:space="0" w:color="232323" w:themeColor="accent2" w:themeTint="BF"/>
        <w:bottom w:val="single" w:sz="8" w:space="0" w:color="232323" w:themeColor="accent2" w:themeTint="BF"/>
        <w:right w:val="single" w:sz="8" w:space="0" w:color="232323" w:themeColor="accent2" w:themeTint="BF"/>
        <w:insideH w:val="single" w:sz="8" w:space="0" w:color="232323" w:themeColor="accent2" w:themeTint="BF"/>
        <w:insideV w:val="single" w:sz="8" w:space="0" w:color="232323"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232323" w:themeColor="accent2" w:themeTint="BF"/>
        </w:tcBorders>
      </w:tcPr>
    </w:tblStylePr>
    <w:tblStylePr w:type="firstCol">
      <w:rPr>
        <w:b/>
        <w:bCs/>
      </w:rPr>
    </w:tblStylePr>
    <w:tblStylePr w:type="lastCol">
      <w:rPr>
        <w:b/>
        <w:bCs/>
      </w:rPr>
    </w:tblStylePr>
    <w:tblStylePr w:type="band1Vert">
      <w:tblPr/>
      <w:tcPr>
        <w:shd w:val="clear" w:color="auto" w:fill="E5E3DE" w:themeFill="accent2" w:themeFillTint="7F"/>
      </w:tcPr>
    </w:tblStylePr>
    <w:tblStylePr w:type="band1Horz">
      <w:tblPr/>
      <w:tcPr>
        <w:shd w:val="clear" w:color="auto" w:fill="E5E3DE"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232323" w:themeColor="accent3" w:themeTint="BF"/>
        <w:left w:val="single" w:sz="8" w:space="0" w:color="232323" w:themeColor="accent3" w:themeTint="BF"/>
        <w:bottom w:val="single" w:sz="8" w:space="0" w:color="232323" w:themeColor="accent3" w:themeTint="BF"/>
        <w:right w:val="single" w:sz="8" w:space="0" w:color="232323" w:themeColor="accent3" w:themeTint="BF"/>
        <w:insideH w:val="single" w:sz="8" w:space="0" w:color="232323" w:themeColor="accent3" w:themeTint="BF"/>
        <w:insideV w:val="single" w:sz="8" w:space="0" w:color="232323"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232323" w:themeColor="accent3" w:themeTint="BF"/>
        </w:tcBorders>
      </w:tcPr>
    </w:tblStylePr>
    <w:tblStylePr w:type="firstCol">
      <w:rPr>
        <w:b/>
        <w:bCs/>
      </w:rPr>
    </w:tblStylePr>
    <w:tblStylePr w:type="lastCol">
      <w:rPr>
        <w:b/>
        <w:bCs/>
      </w:rPr>
    </w:tblStylePr>
    <w:tblStylePr w:type="band1Vert">
      <w:tblPr/>
      <w:tcPr>
        <w:shd w:val="clear" w:color="auto" w:fill="E5E3DE" w:themeFill="accent3" w:themeFillTint="7F"/>
      </w:tcPr>
    </w:tblStylePr>
    <w:tblStylePr w:type="band1Horz">
      <w:tblPr/>
      <w:tcPr>
        <w:shd w:val="clear" w:color="auto" w:fill="E5E3DE"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232323" w:themeColor="accent4" w:themeTint="BF"/>
        <w:left w:val="single" w:sz="8" w:space="0" w:color="232323" w:themeColor="accent4" w:themeTint="BF"/>
        <w:bottom w:val="single" w:sz="8" w:space="0" w:color="232323" w:themeColor="accent4" w:themeTint="BF"/>
        <w:right w:val="single" w:sz="8" w:space="0" w:color="232323" w:themeColor="accent4" w:themeTint="BF"/>
        <w:insideH w:val="single" w:sz="8" w:space="0" w:color="232323" w:themeColor="accent4" w:themeTint="BF"/>
        <w:insideV w:val="single" w:sz="8" w:space="0" w:color="232323"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232323"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232323" w:themeColor="accent5" w:themeTint="BF"/>
        <w:left w:val="single" w:sz="8" w:space="0" w:color="232323" w:themeColor="accent5" w:themeTint="BF"/>
        <w:bottom w:val="single" w:sz="8" w:space="0" w:color="232323" w:themeColor="accent5" w:themeTint="BF"/>
        <w:right w:val="single" w:sz="8" w:space="0" w:color="232323" w:themeColor="accent5" w:themeTint="BF"/>
        <w:insideH w:val="single" w:sz="8" w:space="0" w:color="232323" w:themeColor="accent5" w:themeTint="BF"/>
        <w:insideV w:val="single" w:sz="8" w:space="0" w:color="232323"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232323" w:themeColor="accent5" w:themeTint="BF"/>
        </w:tcBorders>
      </w:tcPr>
    </w:tblStylePr>
    <w:tblStylePr w:type="firstCol">
      <w:rPr>
        <w:b/>
        <w:bCs/>
      </w:rPr>
    </w:tblStylePr>
    <w:tblStylePr w:type="lastCol">
      <w:rPr>
        <w:b/>
        <w:bCs/>
      </w:rPr>
    </w:tblStylePr>
    <w:tblStylePr w:type="band1Vert">
      <w:tblPr/>
      <w:tcPr>
        <w:shd w:val="clear" w:color="auto" w:fill="E5E3DE" w:themeFill="accent5" w:themeFillTint="7F"/>
      </w:tcPr>
    </w:tblStylePr>
    <w:tblStylePr w:type="band1Horz">
      <w:tblPr/>
      <w:tcPr>
        <w:shd w:val="clear" w:color="auto" w:fill="E5E3DE"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232323" w:themeColor="accent6" w:themeTint="BF"/>
        <w:left w:val="single" w:sz="8" w:space="0" w:color="232323" w:themeColor="accent6" w:themeTint="BF"/>
        <w:bottom w:val="single" w:sz="8" w:space="0" w:color="232323" w:themeColor="accent6" w:themeTint="BF"/>
        <w:right w:val="single" w:sz="8" w:space="0" w:color="232323" w:themeColor="accent6" w:themeTint="BF"/>
        <w:insideH w:val="single" w:sz="8" w:space="0" w:color="232323" w:themeColor="accent6" w:themeTint="BF"/>
        <w:insideV w:val="single" w:sz="8" w:space="0" w:color="232323" w:themeColor="accent6" w:themeTint="BF"/>
      </w:tblBorders>
      <w:tblCellMar>
        <w:top w:w="0" w:type="dxa"/>
        <w:left w:w="108" w:type="dxa"/>
        <w:bottom w:w="0" w:type="dxa"/>
        <w:right w:w="108" w:type="dxa"/>
      </w:tblCellMar>
    </w:tblPr>
    <w:tcPr>
      <w:shd w:val="clear" w:color="auto" w:fill="E5E3DE" w:themeFill="accent6" w:themeFillTint="3F"/>
    </w:tcPr>
    <w:tblStylePr w:type="firstRow">
      <w:rPr>
        <w:b/>
        <w:bCs/>
      </w:rPr>
    </w:tblStylePr>
    <w:tblStylePr w:type="lastRow">
      <w:rPr>
        <w:b/>
        <w:bCs/>
      </w:rPr>
      <w:tblPr/>
      <w:tcPr>
        <w:tcBorders>
          <w:top w:val="single" w:sz="18" w:space="0" w:color="232323" w:themeColor="accent6" w:themeTint="BF"/>
        </w:tcBorders>
      </w:tcPr>
    </w:tblStylePr>
    <w:tblStylePr w:type="firstCol">
      <w:rPr>
        <w:b/>
        <w:bCs/>
      </w:rPr>
    </w:tblStylePr>
    <w:tblStylePr w:type="lastCol">
      <w:rPr>
        <w:b/>
        <w:bCs/>
      </w:rPr>
    </w:tblStylePr>
    <w:tblStylePr w:type="band1Vert">
      <w:tblPr/>
      <w:tcPr>
        <w:shd w:val="clear" w:color="auto" w:fill="E5E3DE" w:themeFill="accent6" w:themeFillTint="7F"/>
      </w:tcPr>
    </w:tblStylePr>
    <w:tblStylePr w:type="band1Horz">
      <w:tblPr/>
      <w:tcPr>
        <w:shd w:val="clear" w:color="auto" w:fill="E5E3DE"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text1"/>
        <w:left w:val="single" w:sz="8" w:space="0" w:color="232323" w:themeColor="text1"/>
        <w:bottom w:val="single" w:sz="8" w:space="0" w:color="232323" w:themeColor="text1"/>
        <w:right w:val="single" w:sz="8" w:space="0" w:color="232323" w:themeColor="text1"/>
        <w:insideH w:val="single" w:sz="8" w:space="0" w:color="232323" w:themeColor="text1"/>
        <w:insideV w:val="single" w:sz="8" w:space="0" w:color="232323" w:themeColor="text1"/>
      </w:tblBorders>
      <w:tblCellMar>
        <w:top w:w="0" w:type="dxa"/>
        <w:left w:w="108" w:type="dxa"/>
        <w:bottom w:w="0" w:type="dxa"/>
        <w:right w:w="108" w:type="dxa"/>
      </w:tblCellMar>
    </w:tblPr>
    <w:tcPr>
      <w:shd w:val="clear" w:color="auto" w:fill="C0C0C0" w:themeFill="text1" w:themeFillTint="3F"/>
    </w:tcPr>
    <w:tblStylePr w:type="firstRow">
      <w:rPr>
        <w:b/>
        <w:bCs/>
        <w:color w:val="232323"/>
      </w:rPr>
      <w:tblPr/>
      <w:tcPr>
        <w:shd w:val="clear" w:color="auto" w:fill="E6E6E6" w:themeFill="text1"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66645F" w:themeFill="text1" w:themeFillTint="7F"/>
      </w:tcPr>
    </w:tblStylePr>
    <w:tblStylePr w:type="band1Horz">
      <w:tblPr/>
      <w:tcPr>
        <w:tcBorders>
          <w:insideH w:val="single" w:sz="6" w:space="0" w:color="232323" w:themeColor="text1"/>
          <w:insideV w:val="single" w:sz="6" w:space="0" w:color="232323" w:themeColor="text1"/>
        </w:tcBorders>
        <w:shd w:val="clear" w:color="auto" w:fill="66645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1"/>
        <w:left w:val="single" w:sz="8" w:space="0" w:color="232323" w:themeColor="accent1"/>
        <w:bottom w:val="single" w:sz="8" w:space="0" w:color="232323" w:themeColor="accent1"/>
        <w:right w:val="single" w:sz="8" w:space="0" w:color="232323" w:themeColor="accent1"/>
        <w:insideH w:val="single" w:sz="8" w:space="0" w:color="232323" w:themeColor="accent1"/>
        <w:insideV w:val="single" w:sz="8" w:space="0" w:color="232323"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232323"/>
      </w:rPr>
      <w:tblPr/>
      <w:tcPr>
        <w:shd w:val="clear" w:color="auto" w:fill="EDF2F8" w:themeFill="accent1"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E5E3DE" w:themeFill="accent1" w:themeFillTint="7F"/>
      </w:tcPr>
    </w:tblStylePr>
    <w:tblStylePr w:type="band1Horz">
      <w:tblPr/>
      <w:tcPr>
        <w:tcBorders>
          <w:insideH w:val="single" w:sz="6" w:space="0" w:color="232323" w:themeColor="accent1"/>
          <w:insideV w:val="single" w:sz="6" w:space="0" w:color="232323" w:themeColor="accent1"/>
        </w:tcBorders>
        <w:shd w:val="clear" w:color="auto" w:fill="E5E3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2"/>
        <w:left w:val="single" w:sz="8" w:space="0" w:color="232323" w:themeColor="accent2"/>
        <w:bottom w:val="single" w:sz="8" w:space="0" w:color="232323" w:themeColor="accent2"/>
        <w:right w:val="single" w:sz="8" w:space="0" w:color="232323" w:themeColor="accent2"/>
        <w:insideH w:val="single" w:sz="8" w:space="0" w:color="232323" w:themeColor="accent2"/>
        <w:insideV w:val="single" w:sz="8" w:space="0" w:color="232323"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232323"/>
      </w:rPr>
      <w:tblPr/>
      <w:tcPr>
        <w:shd w:val="clear" w:color="auto" w:fill="F8EDED" w:themeFill="accent2"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E5E3DE" w:themeFill="accent2" w:themeFillTint="7F"/>
      </w:tcPr>
    </w:tblStylePr>
    <w:tblStylePr w:type="band1Horz">
      <w:tblPr/>
      <w:tcPr>
        <w:tcBorders>
          <w:insideH w:val="single" w:sz="6" w:space="0" w:color="232323" w:themeColor="accent2"/>
          <w:insideV w:val="single" w:sz="6" w:space="0" w:color="232323" w:themeColor="accent2"/>
        </w:tcBorders>
        <w:shd w:val="clear" w:color="auto" w:fill="E5E3D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3"/>
        <w:left w:val="single" w:sz="8" w:space="0" w:color="232323" w:themeColor="accent3"/>
        <w:bottom w:val="single" w:sz="8" w:space="0" w:color="232323" w:themeColor="accent3"/>
        <w:right w:val="single" w:sz="8" w:space="0" w:color="232323" w:themeColor="accent3"/>
        <w:insideH w:val="single" w:sz="8" w:space="0" w:color="232323" w:themeColor="accent3"/>
        <w:insideV w:val="single" w:sz="8" w:space="0" w:color="232323"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232323"/>
      </w:rPr>
      <w:tblPr/>
      <w:tcPr>
        <w:shd w:val="clear" w:color="auto" w:fill="F5F8EE" w:themeFill="accent3"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E5E3DE" w:themeFill="accent3" w:themeFillTint="7F"/>
      </w:tcPr>
    </w:tblStylePr>
    <w:tblStylePr w:type="band1Horz">
      <w:tblPr/>
      <w:tcPr>
        <w:tcBorders>
          <w:insideH w:val="single" w:sz="6" w:space="0" w:color="232323" w:themeColor="accent3"/>
          <w:insideV w:val="single" w:sz="6" w:space="0" w:color="232323" w:themeColor="accent3"/>
        </w:tcBorders>
        <w:shd w:val="clear" w:color="auto" w:fill="E5E3D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4"/>
        <w:left w:val="single" w:sz="8" w:space="0" w:color="232323" w:themeColor="accent4"/>
        <w:bottom w:val="single" w:sz="8" w:space="0" w:color="232323" w:themeColor="accent4"/>
        <w:right w:val="single" w:sz="8" w:space="0" w:color="232323" w:themeColor="accent4"/>
        <w:insideH w:val="single" w:sz="8" w:space="0" w:color="232323" w:themeColor="accent4"/>
        <w:insideV w:val="single" w:sz="8" w:space="0" w:color="232323"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232323"/>
      </w:rPr>
      <w:tblPr/>
      <w:tcPr>
        <w:shd w:val="clear" w:color="auto" w:fill="F2EFF6" w:themeFill="accent4"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232323" w:themeColor="accent4"/>
          <w:insideV w:val="single" w:sz="6" w:space="0" w:color="232323"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5"/>
        <w:left w:val="single" w:sz="8" w:space="0" w:color="232323" w:themeColor="accent5"/>
        <w:bottom w:val="single" w:sz="8" w:space="0" w:color="232323" w:themeColor="accent5"/>
        <w:right w:val="single" w:sz="8" w:space="0" w:color="232323" w:themeColor="accent5"/>
        <w:insideH w:val="single" w:sz="8" w:space="0" w:color="232323" w:themeColor="accent5"/>
        <w:insideV w:val="single" w:sz="8" w:space="0" w:color="232323"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232323"/>
      </w:rPr>
      <w:tblPr/>
      <w:tcPr>
        <w:shd w:val="clear" w:color="auto" w:fill="EDF6F9" w:themeFill="accent5"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E5E3DE" w:themeFill="accent5" w:themeFillTint="7F"/>
      </w:tcPr>
    </w:tblStylePr>
    <w:tblStylePr w:type="band1Horz">
      <w:tblPr/>
      <w:tcPr>
        <w:tcBorders>
          <w:insideH w:val="single" w:sz="6" w:space="0" w:color="232323" w:themeColor="accent5"/>
          <w:insideV w:val="single" w:sz="6" w:space="0" w:color="232323" w:themeColor="accent5"/>
        </w:tcBorders>
        <w:shd w:val="clear" w:color="auto" w:fill="E5E3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6"/>
        <w:left w:val="single" w:sz="8" w:space="0" w:color="232323" w:themeColor="accent6"/>
        <w:bottom w:val="single" w:sz="8" w:space="0" w:color="232323" w:themeColor="accent6"/>
        <w:right w:val="single" w:sz="8" w:space="0" w:color="232323" w:themeColor="accent6"/>
        <w:insideH w:val="single" w:sz="8" w:space="0" w:color="232323" w:themeColor="accent6"/>
        <w:insideV w:val="single" w:sz="8" w:space="0" w:color="232323" w:themeColor="accent6"/>
      </w:tblBorders>
      <w:tblCellMar>
        <w:top w:w="0" w:type="dxa"/>
        <w:left w:w="108" w:type="dxa"/>
        <w:bottom w:w="0" w:type="dxa"/>
        <w:right w:w="108" w:type="dxa"/>
      </w:tblCellMar>
    </w:tblPr>
    <w:tcPr>
      <w:shd w:val="clear" w:color="auto" w:fill="E5E3DE" w:themeFill="accent6" w:themeFillTint="3F"/>
    </w:tcPr>
    <w:tblStylePr w:type="firstRow">
      <w:rPr>
        <w:b/>
        <w:bCs/>
        <w:color w:val="232323"/>
      </w:rPr>
      <w:tblPr/>
      <w:tcPr>
        <w:shd w:val="clear" w:color="auto" w:fill="FEF4EC" w:themeFill="accent6"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E5E3DE" w:themeFill="accent6" w:themeFillTint="33"/>
      </w:tcPr>
    </w:tblStylePr>
    <w:tblStylePr w:type="band1Vert">
      <w:tblPr/>
      <w:tcPr>
        <w:shd w:val="clear" w:color="auto" w:fill="E5E3DE" w:themeFill="accent6" w:themeFillTint="7F"/>
      </w:tcPr>
    </w:tblStylePr>
    <w:tblStylePr w:type="band1Horz">
      <w:tblPr/>
      <w:tcPr>
        <w:tcBorders>
          <w:insideH w:val="single" w:sz="6" w:space="0" w:color="232323" w:themeColor="accent6"/>
          <w:insideV w:val="single" w:sz="6" w:space="0" w:color="232323" w:themeColor="accent6"/>
        </w:tcBorders>
        <w:shd w:val="clear" w:color="auto" w:fill="E5E3D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323"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323"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232323"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23232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645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645F"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3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3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3D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3DE"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3D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3DE"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3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3DE"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5E3DE"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3D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3DE"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232323"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232323"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32323"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32323" w:themeFill="text1" w:themeFillShade="BF"/>
      </w:tcPr>
    </w:tblStylePr>
    <w:tblStylePr w:type="band1Vert">
      <w:tblPr/>
      <w:tcPr>
        <w:tcBorders>
          <w:top w:val="nil"/>
          <w:left w:val="nil"/>
          <w:bottom w:val="nil"/>
          <w:right w:val="nil"/>
          <w:insideH w:val="nil"/>
          <w:insideV w:val="nil"/>
        </w:tcBorders>
        <w:shd w:val="clear" w:color="auto" w:fill="232323" w:themeFill="text1" w:themeFillShade="BF"/>
      </w:tcPr>
    </w:tblStylePr>
    <w:tblStylePr w:type="band1Horz">
      <w:tblPr/>
      <w:tcPr>
        <w:tcBorders>
          <w:top w:val="nil"/>
          <w:left w:val="nil"/>
          <w:bottom w:val="nil"/>
          <w:right w:val="nil"/>
          <w:insideH w:val="nil"/>
          <w:insideV w:val="nil"/>
        </w:tcBorders>
        <w:shd w:val="clear" w:color="auto" w:fill="232323"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2323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1" w:themeFillShade="BF"/>
      </w:tcPr>
    </w:tblStylePr>
    <w:tblStylePr w:type="band1Vert">
      <w:tblPr/>
      <w:tcPr>
        <w:tcBorders>
          <w:top w:val="nil"/>
          <w:left w:val="nil"/>
          <w:bottom w:val="nil"/>
          <w:right w:val="nil"/>
          <w:insideH w:val="nil"/>
          <w:insideV w:val="nil"/>
        </w:tcBorders>
        <w:shd w:val="clear" w:color="auto" w:fill="E5E3DE" w:themeFill="accent1" w:themeFillShade="BF"/>
      </w:tcPr>
    </w:tblStylePr>
    <w:tblStylePr w:type="band1Horz">
      <w:tblPr/>
      <w:tcPr>
        <w:tcBorders>
          <w:top w:val="nil"/>
          <w:left w:val="nil"/>
          <w:bottom w:val="nil"/>
          <w:right w:val="nil"/>
          <w:insideH w:val="nil"/>
          <w:insideV w:val="nil"/>
        </w:tcBorders>
        <w:shd w:val="clear" w:color="auto" w:fill="E5E3DE"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E5E3D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2" w:themeFillShade="BF"/>
      </w:tcPr>
    </w:tblStylePr>
    <w:tblStylePr w:type="band1Vert">
      <w:tblPr/>
      <w:tcPr>
        <w:tcBorders>
          <w:top w:val="nil"/>
          <w:left w:val="nil"/>
          <w:bottom w:val="nil"/>
          <w:right w:val="nil"/>
          <w:insideH w:val="nil"/>
          <w:insideV w:val="nil"/>
        </w:tcBorders>
        <w:shd w:val="clear" w:color="auto" w:fill="E5E3DE" w:themeFill="accent2" w:themeFillShade="BF"/>
      </w:tcPr>
    </w:tblStylePr>
    <w:tblStylePr w:type="band1Horz">
      <w:tblPr/>
      <w:tcPr>
        <w:tcBorders>
          <w:top w:val="nil"/>
          <w:left w:val="nil"/>
          <w:bottom w:val="nil"/>
          <w:right w:val="nil"/>
          <w:insideH w:val="nil"/>
          <w:insideV w:val="nil"/>
        </w:tcBorders>
        <w:shd w:val="clear" w:color="auto" w:fill="E5E3DE"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E5E3D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3" w:themeFillShade="BF"/>
      </w:tcPr>
    </w:tblStylePr>
    <w:tblStylePr w:type="band1Vert">
      <w:tblPr/>
      <w:tcPr>
        <w:tcBorders>
          <w:top w:val="nil"/>
          <w:left w:val="nil"/>
          <w:bottom w:val="nil"/>
          <w:right w:val="nil"/>
          <w:insideH w:val="nil"/>
          <w:insideV w:val="nil"/>
        </w:tcBorders>
        <w:shd w:val="clear" w:color="auto" w:fill="E5E3DE" w:themeFill="accent3" w:themeFillShade="BF"/>
      </w:tcPr>
    </w:tblStylePr>
    <w:tblStylePr w:type="band1Horz">
      <w:tblPr/>
      <w:tcPr>
        <w:tcBorders>
          <w:top w:val="nil"/>
          <w:left w:val="nil"/>
          <w:bottom w:val="nil"/>
          <w:right w:val="nil"/>
          <w:insideH w:val="nil"/>
          <w:insideV w:val="nil"/>
        </w:tcBorders>
        <w:shd w:val="clear" w:color="auto" w:fill="E5E3DE"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4" w:themeFillShade="BF"/>
      </w:tcPr>
    </w:tblStylePr>
    <w:tblStylePr w:type="band1Vert">
      <w:tblPr/>
      <w:tcPr>
        <w:tcBorders>
          <w:top w:val="nil"/>
          <w:left w:val="nil"/>
          <w:bottom w:val="nil"/>
          <w:right w:val="nil"/>
          <w:insideH w:val="nil"/>
          <w:insideV w:val="nil"/>
        </w:tcBorders>
        <w:shd w:val="clear" w:color="auto" w:fill="E5E3DE" w:themeFill="accent4" w:themeFillShade="BF"/>
      </w:tcPr>
    </w:tblStylePr>
    <w:tblStylePr w:type="band1Horz">
      <w:tblPr/>
      <w:tcPr>
        <w:tcBorders>
          <w:top w:val="nil"/>
          <w:left w:val="nil"/>
          <w:bottom w:val="nil"/>
          <w:right w:val="nil"/>
          <w:insideH w:val="nil"/>
          <w:insideV w:val="nil"/>
        </w:tcBorders>
        <w:shd w:val="clear" w:color="auto" w:fill="E5E3DE"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E5E3D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5" w:themeFillShade="BF"/>
      </w:tcPr>
    </w:tblStylePr>
    <w:tblStylePr w:type="band1Vert">
      <w:tblPr/>
      <w:tcPr>
        <w:tcBorders>
          <w:top w:val="nil"/>
          <w:left w:val="nil"/>
          <w:bottom w:val="nil"/>
          <w:right w:val="nil"/>
          <w:insideH w:val="nil"/>
          <w:insideV w:val="nil"/>
        </w:tcBorders>
        <w:shd w:val="clear" w:color="auto" w:fill="E5E3DE" w:themeFill="accent5" w:themeFillShade="BF"/>
      </w:tcPr>
    </w:tblStylePr>
    <w:tblStylePr w:type="band1Horz">
      <w:tblPr/>
      <w:tcPr>
        <w:tcBorders>
          <w:top w:val="nil"/>
          <w:left w:val="nil"/>
          <w:bottom w:val="nil"/>
          <w:right w:val="nil"/>
          <w:insideH w:val="nil"/>
          <w:insideV w:val="nil"/>
        </w:tcBorders>
        <w:shd w:val="clear" w:color="auto" w:fill="E5E3DE"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E5E3D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6" w:themeFillShade="BF"/>
      </w:tcPr>
    </w:tblStylePr>
    <w:tblStylePr w:type="band1Vert">
      <w:tblPr/>
      <w:tcPr>
        <w:tcBorders>
          <w:top w:val="nil"/>
          <w:left w:val="nil"/>
          <w:bottom w:val="nil"/>
          <w:right w:val="nil"/>
          <w:insideH w:val="nil"/>
          <w:insideV w:val="nil"/>
        </w:tcBorders>
        <w:shd w:val="clear" w:color="auto" w:fill="E5E3DE" w:themeFill="accent6" w:themeFillShade="BF"/>
      </w:tcPr>
    </w:tblStylePr>
    <w:tblStylePr w:type="band1Horz">
      <w:tblPr/>
      <w:tcPr>
        <w:tcBorders>
          <w:top w:val="nil"/>
          <w:left w:val="nil"/>
          <w:bottom w:val="nil"/>
          <w:right w:val="nil"/>
          <w:insideH w:val="nil"/>
          <w:insideV w:val="nil"/>
        </w:tcBorders>
        <w:shd w:val="clear" w:color="auto" w:fill="E5E3DE" w:themeFill="accent6" w:themeFillShade="BF"/>
      </w:tcPr>
    </w:tblStylePr>
  </w:style>
  <w:style w:type="table" w:styleId="ColorfulShading">
    <w:name w:val="Colorful Shading"/>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2"/>
        <w:left w:val="single" w:sz="4" w:space="0" w:color="232323" w:themeColor="text1"/>
        <w:bottom w:val="single" w:sz="4" w:space="0" w:color="232323" w:themeColor="text1"/>
        <w:right w:val="single" w:sz="4" w:space="0" w:color="232323"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232323"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32323" w:themeFill="text1" w:themeFillShade="99"/>
      </w:tcPr>
    </w:tblStylePr>
    <w:tblStylePr w:type="firstCol">
      <w:rPr>
        <w:color w:val="FFFFFF"/>
      </w:rPr>
      <w:tblPr/>
      <w:tcPr>
        <w:tcBorders>
          <w:top w:val="nil"/>
          <w:left w:val="nil"/>
          <w:bottom w:val="nil"/>
          <w:right w:val="nil"/>
          <w:insideH w:val="single" w:sz="4" w:space="0" w:color="232323" w:themeColor="text1" w:themeShade="99"/>
          <w:insideV w:val="nil"/>
        </w:tcBorders>
        <w:shd w:val="clear" w:color="auto" w:fill="232323" w:themeFill="text1" w:themeFillShade="99"/>
      </w:tcPr>
    </w:tblStylePr>
    <w:tblStylePr w:type="lastCol">
      <w:rPr>
        <w:color w:val="FFFFFF"/>
      </w:rPr>
      <w:tblPr/>
      <w:tcPr>
        <w:tcBorders>
          <w:top w:val="nil"/>
          <w:left w:val="nil"/>
          <w:bottom w:val="nil"/>
          <w:right w:val="nil"/>
          <w:insideH w:val="nil"/>
          <w:insideV w:val="nil"/>
        </w:tcBorders>
        <w:shd w:val="clear" w:color="auto" w:fill="232323" w:themeFill="text1" w:themeFillShade="BF"/>
      </w:tcPr>
    </w:tblStylePr>
    <w:tblStylePr w:type="band1Vert">
      <w:tblPr/>
      <w:tcPr>
        <w:shd w:val="clear" w:color="auto" w:fill="999999" w:themeFill="text1" w:themeFillTint="66"/>
      </w:tcPr>
    </w:tblStylePr>
    <w:tblStylePr w:type="band1Horz">
      <w:tblPr/>
      <w:tcPr>
        <w:shd w:val="clear" w:color="auto" w:fill="66645F" w:themeFill="text1" w:themeFillTint="7F"/>
      </w:tcPr>
    </w:tblStylePr>
    <w:tblStylePr w:type="neCell">
      <w:rPr>
        <w:color w:val="232323"/>
      </w:rPr>
    </w:tblStylePr>
    <w:tblStylePr w:type="nwCell">
      <w:rPr>
        <w:color w:val="232323"/>
      </w:rPr>
    </w:tblStylePr>
  </w:style>
  <w:style w:type="table" w:styleId="ColorfulShading-Accent1">
    <w:name w:val="Colorful Shading Accent 1"/>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2"/>
        <w:left w:val="single" w:sz="4" w:space="0" w:color="232323" w:themeColor="accent1"/>
        <w:bottom w:val="single" w:sz="4" w:space="0" w:color="232323" w:themeColor="accent1"/>
        <w:right w:val="single" w:sz="4" w:space="0" w:color="232323"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232323"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1" w:themeFillShade="99"/>
      </w:tcPr>
    </w:tblStylePr>
    <w:tblStylePr w:type="firstCol">
      <w:rPr>
        <w:color w:val="FFFFFF"/>
      </w:rPr>
      <w:tblPr/>
      <w:tcPr>
        <w:tcBorders>
          <w:top w:val="nil"/>
          <w:left w:val="nil"/>
          <w:bottom w:val="nil"/>
          <w:right w:val="nil"/>
          <w:insideH w:val="single" w:sz="4" w:space="0" w:color="232323" w:themeColor="accent1" w:themeShade="99"/>
          <w:insideV w:val="nil"/>
        </w:tcBorders>
        <w:shd w:val="clear" w:color="auto" w:fill="E5E3DE" w:themeFill="accent1" w:themeFillShade="99"/>
      </w:tcPr>
    </w:tblStylePr>
    <w:tblStylePr w:type="lastCol">
      <w:rPr>
        <w:color w:val="FFFFFF"/>
      </w:rPr>
      <w:tblPr/>
      <w:tcPr>
        <w:tcBorders>
          <w:top w:val="nil"/>
          <w:left w:val="nil"/>
          <w:bottom w:val="nil"/>
          <w:right w:val="nil"/>
          <w:insideH w:val="nil"/>
          <w:insideV w:val="nil"/>
        </w:tcBorders>
        <w:shd w:val="clear" w:color="auto" w:fill="E5E3DE" w:themeFill="accent1" w:themeFillShade="99"/>
      </w:tcPr>
    </w:tblStylePr>
    <w:tblStylePr w:type="band1Vert">
      <w:tblPr/>
      <w:tcPr>
        <w:shd w:val="clear" w:color="auto" w:fill="E5E3DE" w:themeFill="accent1" w:themeFillTint="66"/>
      </w:tcPr>
    </w:tblStylePr>
    <w:tblStylePr w:type="band1Horz">
      <w:tblPr/>
      <w:tcPr>
        <w:shd w:val="clear" w:color="auto" w:fill="E5E3DE" w:themeFill="accent1" w:themeFillTint="7F"/>
      </w:tcPr>
    </w:tblStylePr>
    <w:tblStylePr w:type="neCell">
      <w:rPr>
        <w:color w:val="232323"/>
      </w:rPr>
    </w:tblStylePr>
    <w:tblStylePr w:type="nwCell">
      <w:rPr>
        <w:color w:val="232323"/>
      </w:rPr>
    </w:tblStylePr>
  </w:style>
  <w:style w:type="table" w:styleId="ColorfulShading-Accent2">
    <w:name w:val="Colorful Shading Accent 2"/>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2"/>
        <w:left w:val="single" w:sz="4" w:space="0" w:color="232323" w:themeColor="accent2"/>
        <w:bottom w:val="single" w:sz="4" w:space="0" w:color="232323" w:themeColor="accent2"/>
        <w:right w:val="single" w:sz="4" w:space="0" w:color="232323"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232323"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2" w:themeFillShade="99"/>
      </w:tcPr>
    </w:tblStylePr>
    <w:tblStylePr w:type="firstCol">
      <w:rPr>
        <w:color w:val="FFFFFF"/>
      </w:rPr>
      <w:tblPr/>
      <w:tcPr>
        <w:tcBorders>
          <w:top w:val="nil"/>
          <w:left w:val="nil"/>
          <w:bottom w:val="nil"/>
          <w:right w:val="nil"/>
          <w:insideH w:val="single" w:sz="4" w:space="0" w:color="232323" w:themeColor="accent2" w:themeShade="99"/>
          <w:insideV w:val="nil"/>
        </w:tcBorders>
        <w:shd w:val="clear" w:color="auto" w:fill="E5E3DE" w:themeFill="accent2" w:themeFillShade="99"/>
      </w:tcPr>
    </w:tblStylePr>
    <w:tblStylePr w:type="lastCol">
      <w:rPr>
        <w:color w:val="FFFFFF"/>
      </w:rPr>
      <w:tblPr/>
      <w:tcPr>
        <w:tcBorders>
          <w:top w:val="nil"/>
          <w:left w:val="nil"/>
          <w:bottom w:val="nil"/>
          <w:right w:val="nil"/>
          <w:insideH w:val="nil"/>
          <w:insideV w:val="nil"/>
        </w:tcBorders>
        <w:shd w:val="clear" w:color="auto" w:fill="E5E3DE" w:themeFill="accent2" w:themeFillShade="99"/>
      </w:tcPr>
    </w:tblStylePr>
    <w:tblStylePr w:type="band1Vert">
      <w:tblPr/>
      <w:tcPr>
        <w:shd w:val="clear" w:color="auto" w:fill="E5E3DE" w:themeFill="accent2" w:themeFillTint="66"/>
      </w:tcPr>
    </w:tblStylePr>
    <w:tblStylePr w:type="band1Horz">
      <w:tblPr/>
      <w:tcPr>
        <w:shd w:val="clear" w:color="auto" w:fill="E5E3DE" w:themeFill="accent2" w:themeFillTint="7F"/>
      </w:tcPr>
    </w:tblStylePr>
    <w:tblStylePr w:type="neCell">
      <w:rPr>
        <w:color w:val="232323"/>
      </w:rPr>
    </w:tblStylePr>
    <w:tblStylePr w:type="nwCell">
      <w:rPr>
        <w:color w:val="232323"/>
      </w:rPr>
    </w:tblStylePr>
  </w:style>
  <w:style w:type="table" w:styleId="ColorfulShading-Accent3">
    <w:name w:val="Colorful Shading Accent 3"/>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4"/>
        <w:left w:val="single" w:sz="4" w:space="0" w:color="232323" w:themeColor="accent3"/>
        <w:bottom w:val="single" w:sz="4" w:space="0" w:color="232323" w:themeColor="accent3"/>
        <w:right w:val="single" w:sz="4" w:space="0" w:color="232323"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232323"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3" w:themeFillShade="99"/>
      </w:tcPr>
    </w:tblStylePr>
    <w:tblStylePr w:type="firstCol">
      <w:rPr>
        <w:color w:val="FFFFFF"/>
      </w:rPr>
      <w:tblPr/>
      <w:tcPr>
        <w:tcBorders>
          <w:top w:val="nil"/>
          <w:left w:val="nil"/>
          <w:bottom w:val="nil"/>
          <w:right w:val="nil"/>
          <w:insideH w:val="single" w:sz="4" w:space="0" w:color="232323" w:themeColor="accent3" w:themeShade="99"/>
          <w:insideV w:val="nil"/>
        </w:tcBorders>
        <w:shd w:val="clear" w:color="auto" w:fill="E5E3DE" w:themeFill="accent3" w:themeFillShade="99"/>
      </w:tcPr>
    </w:tblStylePr>
    <w:tblStylePr w:type="lastCol">
      <w:rPr>
        <w:color w:val="FFFFFF"/>
      </w:rPr>
      <w:tblPr/>
      <w:tcPr>
        <w:tcBorders>
          <w:top w:val="nil"/>
          <w:left w:val="nil"/>
          <w:bottom w:val="nil"/>
          <w:right w:val="nil"/>
          <w:insideH w:val="nil"/>
          <w:insideV w:val="nil"/>
        </w:tcBorders>
        <w:shd w:val="clear" w:color="auto" w:fill="E5E3DE" w:themeFill="accent3" w:themeFillShade="99"/>
      </w:tcPr>
    </w:tblStylePr>
    <w:tblStylePr w:type="band1Vert">
      <w:tblPr/>
      <w:tcPr>
        <w:shd w:val="clear" w:color="auto" w:fill="E5E3DE" w:themeFill="accent3" w:themeFillTint="66"/>
      </w:tcPr>
    </w:tblStylePr>
    <w:tblStylePr w:type="band1Horz">
      <w:tblPr/>
      <w:tcPr>
        <w:shd w:val="clear" w:color="auto" w:fill="E5E3DE" w:themeFill="accent3" w:themeFillTint="7F"/>
      </w:tcPr>
    </w:tblStylePr>
  </w:style>
  <w:style w:type="table" w:styleId="ColorfulShading-Accent4">
    <w:name w:val="Colorful Shading Accent 4"/>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3"/>
        <w:left w:val="single" w:sz="4" w:space="0" w:color="232323" w:themeColor="accent4"/>
        <w:bottom w:val="single" w:sz="4" w:space="0" w:color="232323" w:themeColor="accent4"/>
        <w:right w:val="single" w:sz="4" w:space="0" w:color="232323"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232323"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4" w:themeFillShade="99"/>
      </w:tcPr>
    </w:tblStylePr>
    <w:tblStylePr w:type="firstCol">
      <w:rPr>
        <w:color w:val="FFFFFF"/>
      </w:rPr>
      <w:tblPr/>
      <w:tcPr>
        <w:tcBorders>
          <w:top w:val="nil"/>
          <w:left w:val="nil"/>
          <w:bottom w:val="nil"/>
          <w:right w:val="nil"/>
          <w:insideH w:val="single" w:sz="4" w:space="0" w:color="232323" w:themeColor="accent4" w:themeShade="99"/>
          <w:insideV w:val="nil"/>
        </w:tcBorders>
        <w:shd w:val="clear" w:color="auto" w:fill="E5E3DE" w:themeFill="accent4" w:themeFillShade="99"/>
      </w:tcPr>
    </w:tblStylePr>
    <w:tblStylePr w:type="lastCol">
      <w:rPr>
        <w:color w:val="FFFFFF"/>
      </w:rPr>
      <w:tblPr/>
      <w:tcPr>
        <w:tcBorders>
          <w:top w:val="nil"/>
          <w:left w:val="nil"/>
          <w:bottom w:val="nil"/>
          <w:right w:val="nil"/>
          <w:insideH w:val="nil"/>
          <w:insideV w:val="nil"/>
        </w:tcBorders>
        <w:shd w:val="clear" w:color="auto" w:fill="E5E3DE"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232323"/>
      </w:rPr>
    </w:tblStylePr>
    <w:tblStylePr w:type="nwCell">
      <w:rPr>
        <w:color w:val="232323"/>
      </w:rPr>
    </w:tblStylePr>
  </w:style>
  <w:style w:type="table" w:styleId="ColorfulShading-Accent5">
    <w:name w:val="Colorful Shading Accent 5"/>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6"/>
        <w:left w:val="single" w:sz="4" w:space="0" w:color="232323" w:themeColor="accent5"/>
        <w:bottom w:val="single" w:sz="4" w:space="0" w:color="232323" w:themeColor="accent5"/>
        <w:right w:val="single" w:sz="4" w:space="0" w:color="232323"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232323"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5" w:themeFillShade="99"/>
      </w:tcPr>
    </w:tblStylePr>
    <w:tblStylePr w:type="firstCol">
      <w:rPr>
        <w:color w:val="FFFFFF"/>
      </w:rPr>
      <w:tblPr/>
      <w:tcPr>
        <w:tcBorders>
          <w:top w:val="nil"/>
          <w:left w:val="nil"/>
          <w:bottom w:val="nil"/>
          <w:right w:val="nil"/>
          <w:insideH w:val="single" w:sz="4" w:space="0" w:color="232323" w:themeColor="accent5" w:themeShade="99"/>
          <w:insideV w:val="nil"/>
        </w:tcBorders>
        <w:shd w:val="clear" w:color="auto" w:fill="E5E3DE" w:themeFill="accent5" w:themeFillShade="99"/>
      </w:tcPr>
    </w:tblStylePr>
    <w:tblStylePr w:type="lastCol">
      <w:rPr>
        <w:color w:val="FFFFFF"/>
      </w:rPr>
      <w:tblPr/>
      <w:tcPr>
        <w:tcBorders>
          <w:top w:val="nil"/>
          <w:left w:val="nil"/>
          <w:bottom w:val="nil"/>
          <w:right w:val="nil"/>
          <w:insideH w:val="nil"/>
          <w:insideV w:val="nil"/>
        </w:tcBorders>
        <w:shd w:val="clear" w:color="auto" w:fill="E5E3DE" w:themeFill="accent5" w:themeFillShade="99"/>
      </w:tcPr>
    </w:tblStylePr>
    <w:tblStylePr w:type="band1Vert">
      <w:tblPr/>
      <w:tcPr>
        <w:shd w:val="clear" w:color="auto" w:fill="E5E3DE" w:themeFill="accent5" w:themeFillTint="66"/>
      </w:tcPr>
    </w:tblStylePr>
    <w:tblStylePr w:type="band1Horz">
      <w:tblPr/>
      <w:tcPr>
        <w:shd w:val="clear" w:color="auto" w:fill="E5E3DE" w:themeFill="accent5" w:themeFillTint="7F"/>
      </w:tcPr>
    </w:tblStylePr>
    <w:tblStylePr w:type="neCell">
      <w:rPr>
        <w:color w:val="232323"/>
      </w:rPr>
    </w:tblStylePr>
    <w:tblStylePr w:type="nwCell">
      <w:rPr>
        <w:color w:val="232323"/>
      </w:rPr>
    </w:tblStylePr>
  </w:style>
  <w:style w:type="table" w:styleId="ColorfulShading-Accent6">
    <w:name w:val="Colorful Shading Accent 6"/>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5"/>
        <w:left w:val="single" w:sz="4" w:space="0" w:color="232323" w:themeColor="accent6"/>
        <w:bottom w:val="single" w:sz="4" w:space="0" w:color="232323" w:themeColor="accent6"/>
        <w:right w:val="single" w:sz="4" w:space="0" w:color="232323"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232323"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6" w:themeFillShade="99"/>
      </w:tcPr>
    </w:tblStylePr>
    <w:tblStylePr w:type="firstCol">
      <w:rPr>
        <w:color w:val="FFFFFF"/>
      </w:rPr>
      <w:tblPr/>
      <w:tcPr>
        <w:tcBorders>
          <w:top w:val="nil"/>
          <w:left w:val="nil"/>
          <w:bottom w:val="nil"/>
          <w:right w:val="nil"/>
          <w:insideH w:val="single" w:sz="4" w:space="0" w:color="232323" w:themeColor="accent6" w:themeShade="99"/>
          <w:insideV w:val="nil"/>
        </w:tcBorders>
        <w:shd w:val="clear" w:color="auto" w:fill="E5E3DE" w:themeFill="accent6" w:themeFillShade="99"/>
      </w:tcPr>
    </w:tblStylePr>
    <w:tblStylePr w:type="lastCol">
      <w:rPr>
        <w:color w:val="FFFFFF"/>
      </w:rPr>
      <w:tblPr/>
      <w:tcPr>
        <w:tcBorders>
          <w:top w:val="nil"/>
          <w:left w:val="nil"/>
          <w:bottom w:val="nil"/>
          <w:right w:val="nil"/>
          <w:insideH w:val="nil"/>
          <w:insideV w:val="nil"/>
        </w:tcBorders>
        <w:shd w:val="clear" w:color="auto" w:fill="E5E3DE" w:themeFill="accent6" w:themeFillShade="99"/>
      </w:tcPr>
    </w:tblStylePr>
    <w:tblStylePr w:type="band1Vert">
      <w:tblPr/>
      <w:tcPr>
        <w:shd w:val="clear" w:color="auto" w:fill="E5E3DE" w:themeFill="accent6" w:themeFillTint="66"/>
      </w:tcPr>
    </w:tblStylePr>
    <w:tblStylePr w:type="band1Horz">
      <w:tblPr/>
      <w:tcPr>
        <w:shd w:val="clear" w:color="auto" w:fill="E5E3DE" w:themeFill="accent6" w:themeFillTint="7F"/>
      </w:tcPr>
    </w:tblStylePr>
    <w:tblStylePr w:type="neCell">
      <w:rPr>
        <w:color w:val="232323"/>
      </w:rPr>
    </w:tblStylePr>
    <w:tblStylePr w:type="nwCell">
      <w:rPr>
        <w:color w:val="232323"/>
      </w:rPr>
    </w:tblStylePr>
  </w:style>
  <w:style w:type="table" w:styleId="ColorfulList">
    <w:name w:val="Colorful List"/>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E5E3DE" w:themeFill="accent2" w:themeFillShade="CC"/>
      </w:tcPr>
    </w:tblStylePr>
    <w:tblStylePr w:type="lastRow">
      <w:rPr>
        <w:b/>
        <w:bCs/>
        <w:color w:val="232323"/>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E5E3DE" w:themeFill="accent2" w:themeFillShade="CC"/>
      </w:tcPr>
    </w:tblStylePr>
    <w:tblStylePr w:type="lastRow">
      <w:rPr>
        <w:b/>
        <w:bCs/>
        <w:color w:val="232323"/>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E5E3DE" w:themeFill="accent2" w:themeFillShade="CC"/>
      </w:tcPr>
    </w:tblStylePr>
    <w:tblStylePr w:type="lastRow">
      <w:rPr>
        <w:b/>
        <w:bCs/>
        <w:color w:val="232323"/>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E5E3DE" w:themeFill="accent4" w:themeFillShade="CC"/>
      </w:tcPr>
    </w:tblStylePr>
    <w:tblStylePr w:type="lastRow">
      <w:rPr>
        <w:b/>
        <w:bCs/>
        <w:color w:val="66645F"/>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E5E3DE" w:themeFill="accent3" w:themeFillShade="CC"/>
      </w:tcPr>
    </w:tblStylePr>
    <w:tblStylePr w:type="lastRow">
      <w:rPr>
        <w:b/>
        <w:bCs/>
        <w:color w:val="66645F"/>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E5E3DE" w:themeFill="accent6" w:themeFillShade="CC"/>
      </w:tcPr>
    </w:tblStylePr>
    <w:tblStylePr w:type="lastRow">
      <w:rPr>
        <w:b/>
        <w:bCs/>
        <w:color w:val="66645F"/>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E5E3DE" w:themeFill="accent5" w:themeFillShade="CC"/>
      </w:tcPr>
    </w:tblStylePr>
    <w:tblStylePr w:type="lastRow">
      <w:rPr>
        <w:b/>
        <w:bCs/>
        <w:color w:val="E11B22"/>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3DE" w:themeFill="accent6" w:themeFillTint="3F"/>
      </w:tcPr>
    </w:tblStylePr>
    <w:tblStylePr w:type="band1Horz">
      <w:tblPr/>
      <w:tcPr>
        <w:shd w:val="clear" w:color="auto" w:fill="E5E3DE" w:themeFill="accent6" w:themeFillTint="33"/>
      </w:tcPr>
    </w:tblStylePr>
  </w:style>
  <w:style w:type="table" w:styleId="ColorfulGrid">
    <w:name w:val="Colorful Grid"/>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232323"/>
      </w:rPr>
      <w:tblPr/>
      <w:tcPr>
        <w:shd w:val="clear" w:color="auto" w:fill="999999" w:themeFill="text1" w:themeFillTint="66"/>
      </w:tcPr>
    </w:tblStylePr>
    <w:tblStylePr w:type="firstCol">
      <w:rPr>
        <w:color w:val="FFFFFF"/>
      </w:rPr>
      <w:tblPr/>
      <w:tcPr>
        <w:shd w:val="clear" w:color="auto" w:fill="232323" w:themeFill="text1" w:themeFillShade="BF"/>
      </w:tcPr>
    </w:tblStylePr>
    <w:tblStylePr w:type="lastCol">
      <w:rPr>
        <w:color w:val="FFFFFF"/>
      </w:rPr>
      <w:tblPr/>
      <w:tcPr>
        <w:shd w:val="clear" w:color="auto" w:fill="232323" w:themeFill="text1" w:themeFillShade="BF"/>
      </w:tcPr>
    </w:tblStylePr>
    <w:tblStylePr w:type="band1Vert">
      <w:tblPr/>
      <w:tcPr>
        <w:shd w:val="clear" w:color="auto" w:fill="66645F" w:themeFill="text1" w:themeFillTint="7F"/>
      </w:tcPr>
    </w:tblStylePr>
    <w:tblStylePr w:type="band1Horz">
      <w:tblPr/>
      <w:tcPr>
        <w:shd w:val="clear" w:color="auto" w:fill="66645F" w:themeFill="text1" w:themeFillTint="7F"/>
      </w:tcPr>
    </w:tblStylePr>
  </w:style>
  <w:style w:type="table" w:styleId="ColorfulGrid-Accent1">
    <w:name w:val="Colorful Grid Accent 1"/>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E5E3DE" w:themeFill="accent1" w:themeFillTint="66"/>
      </w:tcPr>
    </w:tblStylePr>
    <w:tblStylePr w:type="lastRow">
      <w:rPr>
        <w:b/>
        <w:bCs/>
        <w:color w:val="232323"/>
      </w:rPr>
      <w:tblPr/>
      <w:tcPr>
        <w:shd w:val="clear" w:color="auto" w:fill="E5E3DE" w:themeFill="accent1" w:themeFillTint="66"/>
      </w:tcPr>
    </w:tblStylePr>
    <w:tblStylePr w:type="firstCol">
      <w:rPr>
        <w:color w:val="FFFFFF"/>
      </w:rPr>
      <w:tblPr/>
      <w:tcPr>
        <w:shd w:val="clear" w:color="auto" w:fill="E5E3DE" w:themeFill="accent1" w:themeFillShade="BF"/>
      </w:tcPr>
    </w:tblStylePr>
    <w:tblStylePr w:type="lastCol">
      <w:rPr>
        <w:color w:val="FFFFFF"/>
      </w:rPr>
      <w:tblPr/>
      <w:tcPr>
        <w:shd w:val="clear" w:color="auto" w:fill="E5E3DE" w:themeFill="accent1" w:themeFillShade="BF"/>
      </w:tcPr>
    </w:tblStylePr>
    <w:tblStylePr w:type="band1Vert">
      <w:tblPr/>
      <w:tcPr>
        <w:shd w:val="clear" w:color="auto" w:fill="E5E3DE" w:themeFill="accent1" w:themeFillTint="7F"/>
      </w:tcPr>
    </w:tblStylePr>
    <w:tblStylePr w:type="band1Horz">
      <w:tblPr/>
      <w:tcPr>
        <w:shd w:val="clear" w:color="auto" w:fill="E5E3DE" w:themeFill="accent1" w:themeFillTint="7F"/>
      </w:tcPr>
    </w:tblStylePr>
  </w:style>
  <w:style w:type="table" w:styleId="ColorfulGrid-Accent2">
    <w:name w:val="Colorful Grid Accent 2"/>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E3DE" w:themeFill="accent2" w:themeFillTint="66"/>
      </w:tcPr>
    </w:tblStylePr>
    <w:tblStylePr w:type="lastRow">
      <w:rPr>
        <w:b/>
        <w:bCs/>
        <w:color w:val="232323"/>
      </w:rPr>
      <w:tblPr/>
      <w:tcPr>
        <w:shd w:val="clear" w:color="auto" w:fill="E5E3DE" w:themeFill="accent2" w:themeFillTint="66"/>
      </w:tcPr>
    </w:tblStylePr>
    <w:tblStylePr w:type="firstCol">
      <w:rPr>
        <w:color w:val="FFFFFF"/>
      </w:rPr>
      <w:tblPr/>
      <w:tcPr>
        <w:shd w:val="clear" w:color="auto" w:fill="E5E3DE" w:themeFill="accent2" w:themeFillShade="BF"/>
      </w:tcPr>
    </w:tblStylePr>
    <w:tblStylePr w:type="lastCol">
      <w:rPr>
        <w:color w:val="FFFFFF"/>
      </w:rPr>
      <w:tblPr/>
      <w:tcPr>
        <w:shd w:val="clear" w:color="auto" w:fill="E5E3DE" w:themeFill="accent2" w:themeFillShade="BF"/>
      </w:tcPr>
    </w:tblStylePr>
    <w:tblStylePr w:type="band1Vert">
      <w:tblPr/>
      <w:tcPr>
        <w:shd w:val="clear" w:color="auto" w:fill="E5E3DE" w:themeFill="accent2" w:themeFillTint="7F"/>
      </w:tcPr>
    </w:tblStylePr>
    <w:tblStylePr w:type="band1Horz">
      <w:tblPr/>
      <w:tcPr>
        <w:shd w:val="clear" w:color="auto" w:fill="E5E3DE" w:themeFill="accent2" w:themeFillTint="7F"/>
      </w:tcPr>
    </w:tblStylePr>
  </w:style>
  <w:style w:type="table" w:styleId="ColorfulGrid-Accent3">
    <w:name w:val="Colorful Grid Accent 3"/>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E5E3DE" w:themeFill="accent3" w:themeFillTint="66"/>
      </w:tcPr>
    </w:tblStylePr>
    <w:tblStylePr w:type="lastRow">
      <w:rPr>
        <w:b/>
        <w:bCs/>
        <w:color w:val="232323"/>
      </w:rPr>
      <w:tblPr/>
      <w:tcPr>
        <w:shd w:val="clear" w:color="auto" w:fill="E5E3DE" w:themeFill="accent3" w:themeFillTint="66"/>
      </w:tcPr>
    </w:tblStylePr>
    <w:tblStylePr w:type="firstCol">
      <w:rPr>
        <w:color w:val="FFFFFF"/>
      </w:rPr>
      <w:tblPr/>
      <w:tcPr>
        <w:shd w:val="clear" w:color="auto" w:fill="E5E3DE" w:themeFill="accent3" w:themeFillShade="BF"/>
      </w:tcPr>
    </w:tblStylePr>
    <w:tblStylePr w:type="lastCol">
      <w:rPr>
        <w:color w:val="FFFFFF"/>
      </w:rPr>
      <w:tblPr/>
      <w:tcPr>
        <w:shd w:val="clear" w:color="auto" w:fill="E5E3DE" w:themeFill="accent3" w:themeFillShade="BF"/>
      </w:tcPr>
    </w:tblStylePr>
    <w:tblStylePr w:type="band1Vert">
      <w:tblPr/>
      <w:tcPr>
        <w:shd w:val="clear" w:color="auto" w:fill="E5E3DE" w:themeFill="accent3" w:themeFillTint="7F"/>
      </w:tcPr>
    </w:tblStylePr>
    <w:tblStylePr w:type="band1Horz">
      <w:tblPr/>
      <w:tcPr>
        <w:shd w:val="clear" w:color="auto" w:fill="E5E3DE" w:themeFill="accent3" w:themeFillTint="7F"/>
      </w:tcPr>
    </w:tblStylePr>
  </w:style>
  <w:style w:type="table" w:styleId="ColorfulGrid-Accent4">
    <w:name w:val="Colorful Grid Accent 4"/>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232323"/>
      </w:rPr>
      <w:tblPr/>
      <w:tcPr>
        <w:shd w:val="clear" w:color="auto" w:fill="CCC0D9" w:themeFill="accent4" w:themeFillTint="66"/>
      </w:tcPr>
    </w:tblStylePr>
    <w:tblStylePr w:type="firstCol">
      <w:rPr>
        <w:color w:val="FFFFFF"/>
      </w:rPr>
      <w:tblPr/>
      <w:tcPr>
        <w:shd w:val="clear" w:color="auto" w:fill="E5E3DE" w:themeFill="accent4" w:themeFillShade="BF"/>
      </w:tcPr>
    </w:tblStylePr>
    <w:tblStylePr w:type="lastCol">
      <w:rPr>
        <w:color w:val="FFFFFF"/>
      </w:rPr>
      <w:tblPr/>
      <w:tcPr>
        <w:shd w:val="clear" w:color="auto" w:fill="E5E3DE"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E5E3DE" w:themeFill="accent5" w:themeFillTint="66"/>
      </w:tcPr>
    </w:tblStylePr>
    <w:tblStylePr w:type="lastRow">
      <w:rPr>
        <w:b/>
        <w:bCs/>
        <w:color w:val="232323"/>
      </w:rPr>
      <w:tblPr/>
      <w:tcPr>
        <w:shd w:val="clear" w:color="auto" w:fill="E5E3DE" w:themeFill="accent5" w:themeFillTint="66"/>
      </w:tcPr>
    </w:tblStylePr>
    <w:tblStylePr w:type="firstCol">
      <w:rPr>
        <w:color w:val="FFFFFF"/>
      </w:rPr>
      <w:tblPr/>
      <w:tcPr>
        <w:shd w:val="clear" w:color="auto" w:fill="E5E3DE" w:themeFill="accent5" w:themeFillShade="BF"/>
      </w:tcPr>
    </w:tblStylePr>
    <w:tblStylePr w:type="lastCol">
      <w:rPr>
        <w:color w:val="FFFFFF"/>
      </w:rPr>
      <w:tblPr/>
      <w:tcPr>
        <w:shd w:val="clear" w:color="auto" w:fill="E5E3DE" w:themeFill="accent5" w:themeFillShade="BF"/>
      </w:tcPr>
    </w:tblStylePr>
    <w:tblStylePr w:type="band1Vert">
      <w:tblPr/>
      <w:tcPr>
        <w:shd w:val="clear" w:color="auto" w:fill="E5E3DE" w:themeFill="accent5" w:themeFillTint="7F"/>
      </w:tcPr>
    </w:tblStylePr>
    <w:tblStylePr w:type="band1Horz">
      <w:tblPr/>
      <w:tcPr>
        <w:shd w:val="clear" w:color="auto" w:fill="E5E3DE" w:themeFill="accent5" w:themeFillTint="7F"/>
      </w:tcPr>
    </w:tblStylePr>
  </w:style>
  <w:style w:type="table" w:styleId="ColorfulGrid-Accent6">
    <w:name w:val="Colorful Grid Accent 6"/>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E3DE" w:themeFill="accent6" w:themeFillTint="33"/>
    </w:tcPr>
    <w:tblStylePr w:type="firstRow">
      <w:rPr>
        <w:b/>
        <w:bCs/>
      </w:rPr>
      <w:tblPr/>
      <w:tcPr>
        <w:shd w:val="clear" w:color="auto" w:fill="E5E3DE" w:themeFill="accent6" w:themeFillTint="66"/>
      </w:tcPr>
    </w:tblStylePr>
    <w:tblStylePr w:type="lastRow">
      <w:rPr>
        <w:b/>
        <w:bCs/>
        <w:color w:val="232323"/>
      </w:rPr>
      <w:tblPr/>
      <w:tcPr>
        <w:shd w:val="clear" w:color="auto" w:fill="E5E3DE" w:themeFill="accent6" w:themeFillTint="66"/>
      </w:tcPr>
    </w:tblStylePr>
    <w:tblStylePr w:type="firstCol">
      <w:rPr>
        <w:color w:val="FFFFFF"/>
      </w:rPr>
      <w:tblPr/>
      <w:tcPr>
        <w:shd w:val="clear" w:color="auto" w:fill="E5E3DE" w:themeFill="accent6" w:themeFillShade="BF"/>
      </w:tcPr>
    </w:tblStylePr>
    <w:tblStylePr w:type="lastCol">
      <w:rPr>
        <w:color w:val="FFFFFF"/>
      </w:rPr>
      <w:tblPr/>
      <w:tcPr>
        <w:shd w:val="clear" w:color="auto" w:fill="E5E3DE" w:themeFill="accent6" w:themeFillShade="BF"/>
      </w:tcPr>
    </w:tblStylePr>
    <w:tblStylePr w:type="band1Vert">
      <w:tblPr/>
      <w:tcPr>
        <w:shd w:val="clear" w:color="auto" w:fill="E5E3DE" w:themeFill="accent6" w:themeFillTint="7F"/>
      </w:tcPr>
    </w:tblStylePr>
    <w:tblStylePr w:type="band1Horz">
      <w:tblPr/>
      <w:tcPr>
        <w:shd w:val="clear" w:color="auto" w:fill="E5E3DE" w:themeFill="accent6" w:themeFillTint="7F"/>
      </w:tcPr>
    </w:tblStylePr>
  </w:style>
  <w:style w:type="paragraph" w:customStyle="1" w:styleId="WESEyebrow">
    <w:name w:val="WES Eyebrow"/>
    <w:basedOn w:val="Normal"/>
    <w:pPr>
      <w:spacing w:after="140" w:line="276" w:lineRule="auto"/>
    </w:pPr>
    <w:rPr>
      <w:rFonts w:ascii="Roboto" w:hAnsi="Roboto" w:eastAsia="Roboto" w:cs="Roboto"/>
      <w:b/>
      <w:color w:val="232323"/>
      <w:sz w:val="18"/>
    </w:rPr>
  </w:style>
  <w:style w:type="paragraph" w:customStyle="1" w:styleId="WESSection">
    <w:name w:val="WES Section"/>
    <w:basedOn w:val="Normal"/>
    <w:pPr>
      <w:keepNext/>
      <w:spacing w:after="140" w:line="276" w:lineRule="auto"/>
    </w:pPr>
    <w:rPr>
      <w:rFonts w:ascii="Roboto" w:hAnsi="Roboto" w:eastAsia="Roboto" w:cs="Roboto"/>
      <w:b/>
      <w:color w:val="E11B22"/>
      <w:sz w:val="20"/>
    </w:rPr>
  </w:style>
  <w:style w:type="paragraph" w:customStyle="1" w:styleId="WESMeta">
    <w:name w:val="WES Meta"/>
    <w:basedOn w:val="Normal"/>
    <w:pPr>
      <w:spacing w:after="140" w:line="276" w:lineRule="auto"/>
    </w:pPr>
    <w:rPr>
      <w:rFonts w:ascii="Roboto" w:hAnsi="Roboto" w:eastAsia="Roboto" w:cs="Roboto"/>
      <w:b w:val="0"/>
      <w:color w:val="66645F"/>
      <w:sz w:val="18"/>
    </w:rPr>
  </w:style>
  <w:style w:type="paragraph" w:customStyle="1" w:styleId="WESCaption">
    <w:name w:val="WES Caption"/>
    <w:basedOn w:val="Normal"/>
    <w:pPr>
      <w:spacing w:after="140" w:line="276" w:lineRule="auto"/>
    </w:pPr>
    <w:rPr>
      <w:rFonts w:ascii="Roboto" w:hAnsi="Roboto" w:eastAsia="Roboto" w:cs="Roboto"/>
      <w:b w:val="0"/>
      <w:color w:val="66645F"/>
      <w:sz w:val="18"/>
    </w:rPr>
  </w:style>
  <w:style w:type="paragraph" w:customStyle="1" w:styleId="WESCoverIntro">
    <w:name w:val="WES Cover Intro"/>
    <w:basedOn w:val="Normal"/>
    <w:pPr>
      <w:spacing w:after="140" w:line="276" w:lineRule="auto"/>
    </w:pPr>
    <w:rPr>
      <w:rFonts w:ascii="Roboto" w:hAnsi="Roboto" w:eastAsia="Roboto" w:cs="Roboto"/>
      <w:b w:val="0"/>
      <w:color w:val="232323"/>
      <w:sz w:val="24"/>
    </w:rPr>
  </w:style>
  <w:style w:type="paragraph" w:customStyle="1" w:styleId="WESTable">
    <w:name w:val="WES Table"/>
    <w:basedOn w:val="Normal"/>
    <w:pPr>
      <w:spacing w:after="0" w:line="276" w:lineRule="auto"/>
    </w:pPr>
    <w:rPr>
      <w:rFonts w:ascii="Roboto" w:hAnsi="Roboto" w:eastAsia="Roboto" w:cs="Roboto"/>
      <w:b w:val="0"/>
      <w:color w:val="232323"/>
      <w:sz w:val="20"/>
    </w:rPr>
  </w:style>
  <w:style w:type="paragraph" w:customStyle="1" w:styleId="WESFooter">
    <w:name w:val="WES Footer"/>
    <w:basedOn w:val="Normal"/>
    <w:pPr>
      <w:spacing w:after="140" w:line="276" w:lineRule="auto"/>
    </w:pPr>
    <w:rPr>
      <w:rFonts w:ascii="Roboto" w:hAnsi="Roboto" w:eastAsia="Roboto" w:cs="Roboto"/>
      <w:b w:val="0"/>
      <w:color w:val="66645F"/>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3232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3232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323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2323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32323"/>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32323"/>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232323"/>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232323"/>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23232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232323"/>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232323"/>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232323"/>
    </w:rPr>
  </w:style>
  <w:style w:type="paragraph" w:styleId="Title">
    <w:name w:val="Title"/>
    <w:basedOn w:val="Normal"/>
    <w:next w:val="Normal"/>
    <w:link w:val="TitleChar"/>
    <w:uiPriority w:val="10"/>
    <w:qFormat/>
    <w:rsid w:val="00FC693F"/>
    <w:pPr>
      <w:pBdr>
        <w:bottom w:val="single" w:sz="8" w:space="4" w:color="232323" w:themeColor="accent1"/>
      </w:pBdr>
      <w:spacing w:after="300" w:line="240" w:lineRule="auto"/>
      <w:contextualSpacing/>
    </w:pPr>
    <w:rPr>
      <w:rFonts w:asciiTheme="majorHAnsi" w:eastAsiaTheme="majorEastAsia" w:hAnsiTheme="majorHAnsi" w:cstheme="majorBidi"/>
      <w:color w:val="23232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232323"/>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E11B2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E11B22"/>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232323"/>
    </w:rPr>
  </w:style>
  <w:style w:type="character" w:customStyle="1" w:styleId="QuoteChar">
    <w:name w:val="Quote Char"/>
    <w:basedOn w:val="DefaultParagraphFont"/>
    <w:link w:val="Quote"/>
    <w:uiPriority w:val="29"/>
    <w:rsid w:val="00FC693F"/>
    <w:rPr>
      <w:i/>
      <w:iCs/>
      <w:color w:val="232323"/>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232323"/>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32323"/>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32323"/>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232323"/>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232323"/>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232323"/>
      <w:sz w:val="20"/>
      <w:szCs w:val="20"/>
    </w:rPr>
  </w:style>
  <w:style w:type="paragraph" w:styleId="Caption">
    <w:name w:val="caption"/>
    <w:basedOn w:val="Normal"/>
    <w:next w:val="Normal"/>
    <w:uiPriority w:val="35"/>
    <w:semiHidden/>
    <w:unhideWhenUsed/>
    <w:qFormat/>
    <w:rsid w:val="00FC693F"/>
    <w:pPr>
      <w:spacing w:line="240" w:lineRule="auto"/>
    </w:pPr>
    <w:rPr>
      <w:b/>
      <w:bCs/>
      <w:color w:val="E11B22"/>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232323" w:themeColor="accent1"/>
      </w:pBdr>
      <w:spacing w:before="200" w:after="280"/>
      <w:ind w:left="936" w:right="936"/>
    </w:pPr>
    <w:rPr>
      <w:b/>
      <w:bCs/>
      <w:i/>
      <w:iCs/>
      <w:color w:val="E11B22"/>
    </w:rPr>
  </w:style>
  <w:style w:type="character" w:customStyle="1" w:styleId="IntenseQuoteChar">
    <w:name w:val="Intense Quote Char"/>
    <w:basedOn w:val="DefaultParagraphFont"/>
    <w:link w:val="IntenseQuote"/>
    <w:uiPriority w:val="30"/>
    <w:rsid w:val="00FC693F"/>
    <w:rPr>
      <w:b/>
      <w:bCs/>
      <w:i/>
      <w:iCs/>
      <w:color w:val="E11B22"/>
    </w:rPr>
  </w:style>
  <w:style w:type="character" w:styleId="SubtleEmphasis">
    <w:name w:val="Subtle Emphasis"/>
    <w:basedOn w:val="DefaultParagraphFont"/>
    <w:uiPriority w:val="19"/>
    <w:qFormat/>
    <w:rsid w:val="00FC693F"/>
    <w:rPr>
      <w:i/>
      <w:iCs/>
      <w:color w:val="232323"/>
    </w:rPr>
  </w:style>
  <w:style w:type="character" w:styleId="IntenseEmphasis">
    <w:name w:val="Intense Emphasis"/>
    <w:basedOn w:val="DefaultParagraphFont"/>
    <w:uiPriority w:val="21"/>
    <w:qFormat/>
    <w:rsid w:val="00FC693F"/>
    <w:rPr>
      <w:b/>
      <w:bCs/>
      <w:i/>
      <w:iCs/>
      <w:color w:val="E11B22"/>
    </w:rPr>
  </w:style>
  <w:style w:type="character" w:styleId="SubtleReference">
    <w:name w:val="Subtle Reference"/>
    <w:basedOn w:val="DefaultParagraphFont"/>
    <w:uiPriority w:val="31"/>
    <w:qFormat/>
    <w:rsid w:val="00FC693F"/>
    <w:rPr>
      <w:smallCaps/>
      <w:color w:val="232323"/>
      <w:u w:val="single"/>
    </w:rPr>
  </w:style>
  <w:style w:type="character" w:styleId="IntenseReference">
    <w:name w:val="Intense Reference"/>
    <w:basedOn w:val="DefaultParagraphFont"/>
    <w:uiPriority w:val="32"/>
    <w:qFormat/>
    <w:rsid w:val="00FC693F"/>
    <w:rPr>
      <w:b/>
      <w:bCs/>
      <w:smallCaps/>
      <w:color w:val="232323"/>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232323"/>
    </w:rPr>
    <w:tblPr>
      <w:tblStyleRowBandSize w:val="1"/>
      <w:tblStyleColBandSize w:val="1"/>
      <w:tblInd w:w="0" w:type="dxa"/>
      <w:tblBorders>
        <w:top w:val="single" w:sz="8" w:space="0" w:color="232323" w:themeColor="text1"/>
        <w:bottom w:val="single" w:sz="8" w:space="0" w:color="232323"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text1"/>
          <w:left w:val="nil"/>
          <w:bottom w:val="single" w:sz="8" w:space="0" w:color="232323" w:themeColor="text1"/>
          <w:right w:val="nil"/>
          <w:insideH w:val="nil"/>
          <w:insideV w:val="nil"/>
        </w:tcBorders>
      </w:tcPr>
    </w:tblStylePr>
    <w:tblStylePr w:type="lastRow">
      <w:pPr>
        <w:spacing w:before="0" w:after="0" w:line="240" w:lineRule="auto"/>
      </w:pPr>
      <w:rPr>
        <w:b/>
        <w:bCs/>
      </w:rPr>
      <w:tblPr/>
      <w:tcPr>
        <w:tcBorders>
          <w:top w:val="single" w:sz="8" w:space="0" w:color="232323" w:themeColor="text1"/>
          <w:left w:val="nil"/>
          <w:bottom w:val="single" w:sz="8" w:space="0" w:color="23232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E11B22"/>
    </w:rPr>
    <w:tblPr>
      <w:tblStyleRowBandSize w:val="1"/>
      <w:tblStyleColBandSize w:val="1"/>
      <w:tblInd w:w="0" w:type="dxa"/>
      <w:tblBorders>
        <w:top w:val="single" w:sz="8" w:space="0" w:color="232323" w:themeColor="accent1"/>
        <w:bottom w:val="single" w:sz="8" w:space="0" w:color="23232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1"/>
          <w:left w:val="nil"/>
          <w:bottom w:val="single" w:sz="8" w:space="0" w:color="232323" w:themeColor="accent1"/>
          <w:right w:val="nil"/>
          <w:insideH w:val="nil"/>
          <w:insideV w:val="nil"/>
        </w:tcBorders>
      </w:tcPr>
    </w:tblStylePr>
    <w:tblStylePr w:type="lastRow">
      <w:pPr>
        <w:spacing w:before="0" w:after="0" w:line="240" w:lineRule="auto"/>
      </w:pPr>
      <w:rPr>
        <w:b/>
        <w:bCs/>
      </w:rPr>
      <w:tblPr/>
      <w:tcPr>
        <w:tcBorders>
          <w:top w:val="single" w:sz="8" w:space="0" w:color="232323" w:themeColor="accent1"/>
          <w:left w:val="nil"/>
          <w:bottom w:val="single" w:sz="8" w:space="0" w:color="23232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232323"/>
    </w:rPr>
    <w:tblPr>
      <w:tblStyleRowBandSize w:val="1"/>
      <w:tblStyleColBandSize w:val="1"/>
      <w:tblInd w:w="0" w:type="dxa"/>
      <w:tblBorders>
        <w:top w:val="single" w:sz="8" w:space="0" w:color="232323" w:themeColor="accent2"/>
        <w:bottom w:val="single" w:sz="8" w:space="0" w:color="232323"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2"/>
          <w:left w:val="nil"/>
          <w:bottom w:val="single" w:sz="8" w:space="0" w:color="232323" w:themeColor="accent2"/>
          <w:right w:val="nil"/>
          <w:insideH w:val="nil"/>
          <w:insideV w:val="nil"/>
        </w:tcBorders>
      </w:tcPr>
    </w:tblStylePr>
    <w:tblStylePr w:type="lastRow">
      <w:pPr>
        <w:spacing w:before="0" w:after="0" w:line="240" w:lineRule="auto"/>
      </w:pPr>
      <w:rPr>
        <w:b/>
        <w:bCs/>
      </w:rPr>
      <w:tblPr/>
      <w:tcPr>
        <w:tcBorders>
          <w:top w:val="single" w:sz="8" w:space="0" w:color="232323" w:themeColor="accent2"/>
          <w:left w:val="nil"/>
          <w:bottom w:val="single" w:sz="8" w:space="0" w:color="23232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66645F"/>
    </w:rPr>
    <w:tblPr>
      <w:tblStyleRowBandSize w:val="1"/>
      <w:tblStyleColBandSize w:val="1"/>
      <w:tblInd w:w="0" w:type="dxa"/>
      <w:tblBorders>
        <w:top w:val="single" w:sz="8" w:space="0" w:color="232323" w:themeColor="accent3"/>
        <w:bottom w:val="single" w:sz="8" w:space="0" w:color="232323"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3"/>
          <w:left w:val="nil"/>
          <w:bottom w:val="single" w:sz="8" w:space="0" w:color="232323" w:themeColor="accent3"/>
          <w:right w:val="nil"/>
          <w:insideH w:val="nil"/>
          <w:insideV w:val="nil"/>
        </w:tcBorders>
      </w:tcPr>
    </w:tblStylePr>
    <w:tblStylePr w:type="lastRow">
      <w:pPr>
        <w:spacing w:before="0" w:after="0" w:line="240" w:lineRule="auto"/>
      </w:pPr>
      <w:rPr>
        <w:b/>
        <w:bCs/>
      </w:rPr>
      <w:tblPr/>
      <w:tcPr>
        <w:tcBorders>
          <w:top w:val="single" w:sz="8" w:space="0" w:color="232323" w:themeColor="accent3"/>
          <w:left w:val="nil"/>
          <w:bottom w:val="single" w:sz="8" w:space="0" w:color="23232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66645F"/>
    </w:rPr>
    <w:tblPr>
      <w:tblStyleRowBandSize w:val="1"/>
      <w:tblStyleColBandSize w:val="1"/>
      <w:tblInd w:w="0" w:type="dxa"/>
      <w:tblBorders>
        <w:top w:val="single" w:sz="8" w:space="0" w:color="232323" w:themeColor="accent4"/>
        <w:bottom w:val="single" w:sz="8" w:space="0" w:color="232323"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4"/>
          <w:left w:val="nil"/>
          <w:bottom w:val="single" w:sz="8" w:space="0" w:color="232323" w:themeColor="accent4"/>
          <w:right w:val="nil"/>
          <w:insideH w:val="nil"/>
          <w:insideV w:val="nil"/>
        </w:tcBorders>
      </w:tcPr>
    </w:tblStylePr>
    <w:tblStylePr w:type="lastRow">
      <w:pPr>
        <w:spacing w:before="0" w:after="0" w:line="240" w:lineRule="auto"/>
      </w:pPr>
      <w:rPr>
        <w:b/>
        <w:bCs/>
      </w:rPr>
      <w:tblPr/>
      <w:tcPr>
        <w:tcBorders>
          <w:top w:val="single" w:sz="8" w:space="0" w:color="232323" w:themeColor="accent4"/>
          <w:left w:val="nil"/>
          <w:bottom w:val="single" w:sz="8" w:space="0" w:color="23232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E11B22"/>
    </w:rPr>
    <w:tblPr>
      <w:tblStyleRowBandSize w:val="1"/>
      <w:tblStyleColBandSize w:val="1"/>
      <w:tblInd w:w="0" w:type="dxa"/>
      <w:tblBorders>
        <w:top w:val="single" w:sz="8" w:space="0" w:color="232323" w:themeColor="accent5"/>
        <w:bottom w:val="single" w:sz="8" w:space="0" w:color="232323"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5"/>
          <w:left w:val="nil"/>
          <w:bottom w:val="single" w:sz="8" w:space="0" w:color="232323" w:themeColor="accent5"/>
          <w:right w:val="nil"/>
          <w:insideH w:val="nil"/>
          <w:insideV w:val="nil"/>
        </w:tcBorders>
      </w:tcPr>
    </w:tblStylePr>
    <w:tblStylePr w:type="lastRow">
      <w:pPr>
        <w:spacing w:before="0" w:after="0" w:line="240" w:lineRule="auto"/>
      </w:pPr>
      <w:rPr>
        <w:b/>
        <w:bCs/>
      </w:rPr>
      <w:tblPr/>
      <w:tcPr>
        <w:tcBorders>
          <w:top w:val="single" w:sz="8" w:space="0" w:color="232323" w:themeColor="accent5"/>
          <w:left w:val="nil"/>
          <w:bottom w:val="single" w:sz="8" w:space="0" w:color="23232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66645F"/>
    </w:rPr>
    <w:tblPr>
      <w:tblStyleRowBandSize w:val="1"/>
      <w:tblStyleColBandSize w:val="1"/>
      <w:tblInd w:w="0" w:type="dxa"/>
      <w:tblBorders>
        <w:top w:val="single" w:sz="8" w:space="0" w:color="232323" w:themeColor="accent6"/>
        <w:bottom w:val="single" w:sz="8" w:space="0" w:color="232323"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32323" w:themeColor="accent6"/>
          <w:left w:val="nil"/>
          <w:bottom w:val="single" w:sz="8" w:space="0" w:color="232323" w:themeColor="accent6"/>
          <w:right w:val="nil"/>
          <w:insideH w:val="nil"/>
          <w:insideV w:val="nil"/>
        </w:tcBorders>
      </w:tcPr>
    </w:tblStylePr>
    <w:tblStylePr w:type="lastRow">
      <w:pPr>
        <w:spacing w:before="0" w:after="0" w:line="240" w:lineRule="auto"/>
      </w:pPr>
      <w:rPr>
        <w:b/>
        <w:bCs/>
      </w:rPr>
      <w:tblPr/>
      <w:tcPr>
        <w:tcBorders>
          <w:top w:val="single" w:sz="8" w:space="0" w:color="232323" w:themeColor="accent6"/>
          <w:left w:val="nil"/>
          <w:bottom w:val="single" w:sz="8" w:space="0" w:color="23232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3DE" w:themeFill="accent6" w:themeFillTint="3F"/>
      </w:tcPr>
    </w:tblStylePr>
    <w:tblStylePr w:type="band1Horz">
      <w:tblPr/>
      <w:tcPr>
        <w:tcBorders>
          <w:left w:val="nil"/>
          <w:right w:val="nil"/>
          <w:insideH w:val="nil"/>
          <w:insideV w:val="nil"/>
        </w:tcBorders>
        <w:shd w:val="clear" w:color="auto" w:fill="E5E3DE"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232323" w:themeColor="text1"/>
        <w:left w:val="single" w:sz="8" w:space="0" w:color="232323" w:themeColor="text1"/>
        <w:bottom w:val="single" w:sz="8" w:space="0" w:color="232323" w:themeColor="text1"/>
        <w:right w:val="single" w:sz="8" w:space="0" w:color="232323"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232323" w:themeFill="text1"/>
      </w:tcPr>
    </w:tblStylePr>
    <w:tblStylePr w:type="lastRow">
      <w:pPr>
        <w:spacing w:before="0" w:after="0" w:line="240" w:lineRule="auto"/>
      </w:pPr>
      <w:rPr>
        <w:b/>
        <w:bCs/>
      </w:rPr>
      <w:tblPr/>
      <w:tcPr>
        <w:tcBorders>
          <w:top w:val="double" w:sz="6" w:space="0" w:color="232323" w:themeColor="text1"/>
          <w:left w:val="single" w:sz="8" w:space="0" w:color="232323" w:themeColor="text1"/>
          <w:bottom w:val="single" w:sz="8" w:space="0" w:color="232323" w:themeColor="text1"/>
          <w:right w:val="single" w:sz="8" w:space="0" w:color="232323" w:themeColor="text1"/>
        </w:tcBorders>
      </w:tcPr>
    </w:tblStylePr>
    <w:tblStylePr w:type="firstCol">
      <w:rPr>
        <w:b/>
        <w:bCs/>
      </w:rPr>
    </w:tblStylePr>
    <w:tblStylePr w:type="lastCol">
      <w:rPr>
        <w:b/>
        <w:bCs/>
      </w:rPr>
    </w:tblStylePr>
    <w:tblStylePr w:type="band1Vert">
      <w:tblPr/>
      <w:tcPr>
        <w:tcBorders>
          <w:top w:val="single" w:sz="8" w:space="0" w:color="232323" w:themeColor="text1"/>
          <w:left w:val="single" w:sz="8" w:space="0" w:color="232323" w:themeColor="text1"/>
          <w:bottom w:val="single" w:sz="8" w:space="0" w:color="232323" w:themeColor="text1"/>
          <w:right w:val="single" w:sz="8" w:space="0" w:color="232323" w:themeColor="text1"/>
        </w:tcBorders>
      </w:tcPr>
    </w:tblStylePr>
    <w:tblStylePr w:type="band1Horz">
      <w:tblPr/>
      <w:tcPr>
        <w:tcBorders>
          <w:top w:val="single" w:sz="8" w:space="0" w:color="232323" w:themeColor="text1"/>
          <w:left w:val="single" w:sz="8" w:space="0" w:color="232323" w:themeColor="text1"/>
          <w:bottom w:val="single" w:sz="8" w:space="0" w:color="232323" w:themeColor="text1"/>
          <w:right w:val="single" w:sz="8" w:space="0" w:color="232323"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232323" w:themeColor="accent1"/>
        <w:left w:val="single" w:sz="8" w:space="0" w:color="232323" w:themeColor="accent1"/>
        <w:bottom w:val="single" w:sz="8" w:space="0" w:color="232323" w:themeColor="accent1"/>
        <w:right w:val="single" w:sz="8" w:space="0" w:color="232323"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1"/>
      </w:tcPr>
    </w:tblStylePr>
    <w:tblStylePr w:type="lastRow">
      <w:pPr>
        <w:spacing w:before="0" w:after="0" w:line="240" w:lineRule="auto"/>
      </w:pPr>
      <w:rPr>
        <w:b/>
        <w:bCs/>
      </w:rPr>
      <w:tblPr/>
      <w:tcPr>
        <w:tcBorders>
          <w:top w:val="double" w:sz="6" w:space="0" w:color="232323" w:themeColor="accent1"/>
          <w:left w:val="single" w:sz="8" w:space="0" w:color="232323" w:themeColor="accent1"/>
          <w:bottom w:val="single" w:sz="8" w:space="0" w:color="232323" w:themeColor="accent1"/>
          <w:right w:val="single" w:sz="8" w:space="0" w:color="232323" w:themeColor="accent1"/>
        </w:tcBorders>
      </w:tcPr>
    </w:tblStylePr>
    <w:tblStylePr w:type="firstCol">
      <w:rPr>
        <w:b/>
        <w:bCs/>
      </w:rPr>
    </w:tblStylePr>
    <w:tblStylePr w:type="lastCol">
      <w:rPr>
        <w:b/>
        <w:bCs/>
      </w:rPr>
    </w:tblStylePr>
    <w:tblStylePr w:type="band1Vert">
      <w:tblPr/>
      <w:tcPr>
        <w:tcBorders>
          <w:top w:val="single" w:sz="8" w:space="0" w:color="232323" w:themeColor="accent1"/>
          <w:left w:val="single" w:sz="8" w:space="0" w:color="232323" w:themeColor="accent1"/>
          <w:bottom w:val="single" w:sz="8" w:space="0" w:color="232323" w:themeColor="accent1"/>
          <w:right w:val="single" w:sz="8" w:space="0" w:color="232323" w:themeColor="accent1"/>
        </w:tcBorders>
      </w:tcPr>
    </w:tblStylePr>
    <w:tblStylePr w:type="band1Horz">
      <w:tblPr/>
      <w:tcPr>
        <w:tcBorders>
          <w:top w:val="single" w:sz="8" w:space="0" w:color="232323" w:themeColor="accent1"/>
          <w:left w:val="single" w:sz="8" w:space="0" w:color="232323" w:themeColor="accent1"/>
          <w:bottom w:val="single" w:sz="8" w:space="0" w:color="232323" w:themeColor="accent1"/>
          <w:right w:val="single" w:sz="8" w:space="0" w:color="232323"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232323" w:themeColor="accent2"/>
        <w:left w:val="single" w:sz="8" w:space="0" w:color="232323" w:themeColor="accent2"/>
        <w:bottom w:val="single" w:sz="8" w:space="0" w:color="232323" w:themeColor="accent2"/>
        <w:right w:val="single" w:sz="8" w:space="0" w:color="232323"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2"/>
      </w:tcPr>
    </w:tblStylePr>
    <w:tblStylePr w:type="lastRow">
      <w:pPr>
        <w:spacing w:before="0" w:after="0" w:line="240" w:lineRule="auto"/>
      </w:pPr>
      <w:rPr>
        <w:b/>
        <w:bCs/>
      </w:rPr>
      <w:tblPr/>
      <w:tcPr>
        <w:tcBorders>
          <w:top w:val="double" w:sz="6" w:space="0" w:color="232323" w:themeColor="accent2"/>
          <w:left w:val="single" w:sz="8" w:space="0" w:color="232323" w:themeColor="accent2"/>
          <w:bottom w:val="single" w:sz="8" w:space="0" w:color="232323" w:themeColor="accent2"/>
          <w:right w:val="single" w:sz="8" w:space="0" w:color="232323" w:themeColor="accent2"/>
        </w:tcBorders>
      </w:tcPr>
    </w:tblStylePr>
    <w:tblStylePr w:type="firstCol">
      <w:rPr>
        <w:b/>
        <w:bCs/>
      </w:rPr>
    </w:tblStylePr>
    <w:tblStylePr w:type="lastCol">
      <w:rPr>
        <w:b/>
        <w:bCs/>
      </w:rPr>
    </w:tblStylePr>
    <w:tblStylePr w:type="band1Vert">
      <w:tblPr/>
      <w:tcPr>
        <w:tcBorders>
          <w:top w:val="single" w:sz="8" w:space="0" w:color="232323" w:themeColor="accent2"/>
          <w:left w:val="single" w:sz="8" w:space="0" w:color="232323" w:themeColor="accent2"/>
          <w:bottom w:val="single" w:sz="8" w:space="0" w:color="232323" w:themeColor="accent2"/>
          <w:right w:val="single" w:sz="8" w:space="0" w:color="232323" w:themeColor="accent2"/>
        </w:tcBorders>
      </w:tcPr>
    </w:tblStylePr>
    <w:tblStylePr w:type="band1Horz">
      <w:tblPr/>
      <w:tcPr>
        <w:tcBorders>
          <w:top w:val="single" w:sz="8" w:space="0" w:color="232323" w:themeColor="accent2"/>
          <w:left w:val="single" w:sz="8" w:space="0" w:color="232323" w:themeColor="accent2"/>
          <w:bottom w:val="single" w:sz="8" w:space="0" w:color="232323" w:themeColor="accent2"/>
          <w:right w:val="single" w:sz="8" w:space="0" w:color="232323"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232323" w:themeColor="accent3"/>
        <w:left w:val="single" w:sz="8" w:space="0" w:color="232323" w:themeColor="accent3"/>
        <w:bottom w:val="single" w:sz="8" w:space="0" w:color="232323" w:themeColor="accent3"/>
        <w:right w:val="single" w:sz="8" w:space="0" w:color="232323"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3"/>
      </w:tcPr>
    </w:tblStylePr>
    <w:tblStylePr w:type="lastRow">
      <w:pPr>
        <w:spacing w:before="0" w:after="0" w:line="240" w:lineRule="auto"/>
      </w:pPr>
      <w:rPr>
        <w:b/>
        <w:bCs/>
      </w:rPr>
      <w:tblPr/>
      <w:tcPr>
        <w:tcBorders>
          <w:top w:val="double" w:sz="6" w:space="0" w:color="232323" w:themeColor="accent3"/>
          <w:left w:val="single" w:sz="8" w:space="0" w:color="232323" w:themeColor="accent3"/>
          <w:bottom w:val="single" w:sz="8" w:space="0" w:color="232323" w:themeColor="accent3"/>
          <w:right w:val="single" w:sz="8" w:space="0" w:color="232323" w:themeColor="accent3"/>
        </w:tcBorders>
      </w:tcPr>
    </w:tblStylePr>
    <w:tblStylePr w:type="firstCol">
      <w:rPr>
        <w:b/>
        <w:bCs/>
      </w:rPr>
    </w:tblStylePr>
    <w:tblStylePr w:type="lastCol">
      <w:rPr>
        <w:b/>
        <w:bCs/>
      </w:rPr>
    </w:tblStylePr>
    <w:tblStylePr w:type="band1Vert">
      <w:tblPr/>
      <w:tcPr>
        <w:tcBorders>
          <w:top w:val="single" w:sz="8" w:space="0" w:color="232323" w:themeColor="accent3"/>
          <w:left w:val="single" w:sz="8" w:space="0" w:color="232323" w:themeColor="accent3"/>
          <w:bottom w:val="single" w:sz="8" w:space="0" w:color="232323" w:themeColor="accent3"/>
          <w:right w:val="single" w:sz="8" w:space="0" w:color="232323" w:themeColor="accent3"/>
        </w:tcBorders>
      </w:tcPr>
    </w:tblStylePr>
    <w:tblStylePr w:type="band1Horz">
      <w:tblPr/>
      <w:tcPr>
        <w:tcBorders>
          <w:top w:val="single" w:sz="8" w:space="0" w:color="232323" w:themeColor="accent3"/>
          <w:left w:val="single" w:sz="8" w:space="0" w:color="232323" w:themeColor="accent3"/>
          <w:bottom w:val="single" w:sz="8" w:space="0" w:color="232323" w:themeColor="accent3"/>
          <w:right w:val="single" w:sz="8" w:space="0" w:color="232323"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232323" w:themeColor="accent4"/>
        <w:left w:val="single" w:sz="8" w:space="0" w:color="232323" w:themeColor="accent4"/>
        <w:bottom w:val="single" w:sz="8" w:space="0" w:color="232323" w:themeColor="accent4"/>
        <w:right w:val="single" w:sz="8" w:space="0" w:color="232323"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4"/>
      </w:tcPr>
    </w:tblStylePr>
    <w:tblStylePr w:type="lastRow">
      <w:pPr>
        <w:spacing w:before="0" w:after="0" w:line="240" w:lineRule="auto"/>
      </w:pPr>
      <w:rPr>
        <w:b/>
        <w:bCs/>
      </w:rPr>
      <w:tblPr/>
      <w:tcPr>
        <w:tcBorders>
          <w:top w:val="double" w:sz="6" w:space="0" w:color="232323" w:themeColor="accent4"/>
          <w:left w:val="single" w:sz="8" w:space="0" w:color="232323" w:themeColor="accent4"/>
          <w:bottom w:val="single" w:sz="8" w:space="0" w:color="232323" w:themeColor="accent4"/>
          <w:right w:val="single" w:sz="8" w:space="0" w:color="232323" w:themeColor="accent4"/>
        </w:tcBorders>
      </w:tcPr>
    </w:tblStylePr>
    <w:tblStylePr w:type="firstCol">
      <w:rPr>
        <w:b/>
        <w:bCs/>
      </w:rPr>
    </w:tblStylePr>
    <w:tblStylePr w:type="lastCol">
      <w:rPr>
        <w:b/>
        <w:bCs/>
      </w:rPr>
    </w:tblStylePr>
    <w:tblStylePr w:type="band1Vert">
      <w:tblPr/>
      <w:tcPr>
        <w:tcBorders>
          <w:top w:val="single" w:sz="8" w:space="0" w:color="232323" w:themeColor="accent4"/>
          <w:left w:val="single" w:sz="8" w:space="0" w:color="232323" w:themeColor="accent4"/>
          <w:bottom w:val="single" w:sz="8" w:space="0" w:color="232323" w:themeColor="accent4"/>
          <w:right w:val="single" w:sz="8" w:space="0" w:color="232323" w:themeColor="accent4"/>
        </w:tcBorders>
      </w:tcPr>
    </w:tblStylePr>
    <w:tblStylePr w:type="band1Horz">
      <w:tblPr/>
      <w:tcPr>
        <w:tcBorders>
          <w:top w:val="single" w:sz="8" w:space="0" w:color="232323" w:themeColor="accent4"/>
          <w:left w:val="single" w:sz="8" w:space="0" w:color="232323" w:themeColor="accent4"/>
          <w:bottom w:val="single" w:sz="8" w:space="0" w:color="232323" w:themeColor="accent4"/>
          <w:right w:val="single" w:sz="8" w:space="0" w:color="232323"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232323" w:themeColor="accent5"/>
        <w:left w:val="single" w:sz="8" w:space="0" w:color="232323" w:themeColor="accent5"/>
        <w:bottom w:val="single" w:sz="8" w:space="0" w:color="232323" w:themeColor="accent5"/>
        <w:right w:val="single" w:sz="8" w:space="0" w:color="232323"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5"/>
      </w:tcPr>
    </w:tblStylePr>
    <w:tblStylePr w:type="lastRow">
      <w:pPr>
        <w:spacing w:before="0" w:after="0" w:line="240" w:lineRule="auto"/>
      </w:pPr>
      <w:rPr>
        <w:b/>
        <w:bCs/>
      </w:rPr>
      <w:tblPr/>
      <w:tcPr>
        <w:tcBorders>
          <w:top w:val="double" w:sz="6" w:space="0" w:color="232323" w:themeColor="accent5"/>
          <w:left w:val="single" w:sz="8" w:space="0" w:color="232323" w:themeColor="accent5"/>
          <w:bottom w:val="single" w:sz="8" w:space="0" w:color="232323" w:themeColor="accent5"/>
          <w:right w:val="single" w:sz="8" w:space="0" w:color="232323" w:themeColor="accent5"/>
        </w:tcBorders>
      </w:tcPr>
    </w:tblStylePr>
    <w:tblStylePr w:type="firstCol">
      <w:rPr>
        <w:b/>
        <w:bCs/>
      </w:rPr>
    </w:tblStylePr>
    <w:tblStylePr w:type="lastCol">
      <w:rPr>
        <w:b/>
        <w:bCs/>
      </w:rPr>
    </w:tblStylePr>
    <w:tblStylePr w:type="band1Vert">
      <w:tblPr/>
      <w:tcPr>
        <w:tcBorders>
          <w:top w:val="single" w:sz="8" w:space="0" w:color="232323" w:themeColor="accent5"/>
          <w:left w:val="single" w:sz="8" w:space="0" w:color="232323" w:themeColor="accent5"/>
          <w:bottom w:val="single" w:sz="8" w:space="0" w:color="232323" w:themeColor="accent5"/>
          <w:right w:val="single" w:sz="8" w:space="0" w:color="232323" w:themeColor="accent5"/>
        </w:tcBorders>
      </w:tcPr>
    </w:tblStylePr>
    <w:tblStylePr w:type="band1Horz">
      <w:tblPr/>
      <w:tcPr>
        <w:tcBorders>
          <w:top w:val="single" w:sz="8" w:space="0" w:color="232323" w:themeColor="accent5"/>
          <w:left w:val="single" w:sz="8" w:space="0" w:color="232323" w:themeColor="accent5"/>
          <w:bottom w:val="single" w:sz="8" w:space="0" w:color="232323" w:themeColor="accent5"/>
          <w:right w:val="single" w:sz="8" w:space="0" w:color="23232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232323" w:themeColor="accent6"/>
        <w:left w:val="single" w:sz="8" w:space="0" w:color="232323" w:themeColor="accent6"/>
        <w:bottom w:val="single" w:sz="8" w:space="0" w:color="232323" w:themeColor="accent6"/>
        <w:right w:val="single" w:sz="8" w:space="0" w:color="232323"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5E3DE" w:themeFill="accent6"/>
      </w:tcPr>
    </w:tblStylePr>
    <w:tblStylePr w:type="lastRow">
      <w:pPr>
        <w:spacing w:before="0" w:after="0" w:line="240" w:lineRule="auto"/>
      </w:pPr>
      <w:rPr>
        <w:b/>
        <w:bCs/>
      </w:rPr>
      <w:tblPr/>
      <w:tcPr>
        <w:tcBorders>
          <w:top w:val="double" w:sz="6" w:space="0" w:color="232323" w:themeColor="accent6"/>
          <w:left w:val="single" w:sz="8" w:space="0" w:color="232323" w:themeColor="accent6"/>
          <w:bottom w:val="single" w:sz="8" w:space="0" w:color="232323" w:themeColor="accent6"/>
          <w:right w:val="single" w:sz="8" w:space="0" w:color="232323" w:themeColor="accent6"/>
        </w:tcBorders>
      </w:tcPr>
    </w:tblStylePr>
    <w:tblStylePr w:type="firstCol">
      <w:rPr>
        <w:b/>
        <w:bCs/>
      </w:rPr>
    </w:tblStylePr>
    <w:tblStylePr w:type="lastCol">
      <w:rPr>
        <w:b/>
        <w:bCs/>
      </w:rPr>
    </w:tblStylePr>
    <w:tblStylePr w:type="band1Vert">
      <w:tblPr/>
      <w:tcPr>
        <w:tcBorders>
          <w:top w:val="single" w:sz="8" w:space="0" w:color="232323" w:themeColor="accent6"/>
          <w:left w:val="single" w:sz="8" w:space="0" w:color="232323" w:themeColor="accent6"/>
          <w:bottom w:val="single" w:sz="8" w:space="0" w:color="232323" w:themeColor="accent6"/>
          <w:right w:val="single" w:sz="8" w:space="0" w:color="232323" w:themeColor="accent6"/>
        </w:tcBorders>
      </w:tcPr>
    </w:tblStylePr>
    <w:tblStylePr w:type="band1Horz">
      <w:tblPr/>
      <w:tcPr>
        <w:tcBorders>
          <w:top w:val="single" w:sz="8" w:space="0" w:color="232323" w:themeColor="accent6"/>
          <w:left w:val="single" w:sz="8" w:space="0" w:color="232323" w:themeColor="accent6"/>
          <w:bottom w:val="single" w:sz="8" w:space="0" w:color="232323" w:themeColor="accent6"/>
          <w:right w:val="single" w:sz="8" w:space="0" w:color="232323"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232323" w:themeColor="text1"/>
        <w:left w:val="single" w:sz="8" w:space="0" w:color="232323" w:themeColor="text1"/>
        <w:bottom w:val="single" w:sz="8" w:space="0" w:color="232323" w:themeColor="text1"/>
        <w:right w:val="single" w:sz="8" w:space="0" w:color="232323" w:themeColor="text1"/>
        <w:insideH w:val="single" w:sz="8" w:space="0" w:color="232323" w:themeColor="text1"/>
        <w:insideV w:val="single" w:sz="8" w:space="0" w:color="232323"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text1"/>
          <w:left w:val="single" w:sz="8" w:space="0" w:color="232323" w:themeColor="text1"/>
          <w:bottom w:val="single" w:sz="18" w:space="0" w:color="232323" w:themeColor="text1"/>
          <w:right w:val="single" w:sz="8" w:space="0" w:color="232323" w:themeColor="text1"/>
          <w:insideH w:val="nil"/>
          <w:insideV w:val="single" w:sz="8" w:space="0" w:color="23232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text1"/>
          <w:left w:val="single" w:sz="8" w:space="0" w:color="232323" w:themeColor="text1"/>
          <w:bottom w:val="single" w:sz="8" w:space="0" w:color="232323" w:themeColor="text1"/>
          <w:right w:val="single" w:sz="8" w:space="0" w:color="232323" w:themeColor="text1"/>
          <w:insideH w:val="nil"/>
          <w:insideV w:val="single" w:sz="8" w:space="0" w:color="23232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text1"/>
          <w:left w:val="single" w:sz="8" w:space="0" w:color="232323" w:themeColor="text1"/>
          <w:bottom w:val="single" w:sz="8" w:space="0" w:color="232323" w:themeColor="text1"/>
          <w:right w:val="single" w:sz="8" w:space="0" w:color="232323" w:themeColor="text1"/>
        </w:tcBorders>
      </w:tcPr>
    </w:tblStylePr>
    <w:tblStylePr w:type="band1Vert">
      <w:tblPr/>
      <w:tcPr>
        <w:tcBorders>
          <w:top w:val="single" w:sz="8" w:space="0" w:color="232323" w:themeColor="text1"/>
          <w:left w:val="single" w:sz="8" w:space="0" w:color="232323" w:themeColor="text1"/>
          <w:bottom w:val="single" w:sz="8" w:space="0" w:color="232323" w:themeColor="text1"/>
          <w:right w:val="single" w:sz="8" w:space="0" w:color="232323" w:themeColor="text1"/>
        </w:tcBorders>
        <w:shd w:val="clear" w:color="auto" w:fill="C0C0C0" w:themeFill="text1" w:themeFillTint="3F"/>
      </w:tcPr>
    </w:tblStylePr>
    <w:tblStylePr w:type="band1Horz">
      <w:tblPr/>
      <w:tcPr>
        <w:tcBorders>
          <w:top w:val="single" w:sz="8" w:space="0" w:color="232323" w:themeColor="text1"/>
          <w:left w:val="single" w:sz="8" w:space="0" w:color="232323" w:themeColor="text1"/>
          <w:bottom w:val="single" w:sz="8" w:space="0" w:color="232323" w:themeColor="text1"/>
          <w:right w:val="single" w:sz="8" w:space="0" w:color="232323" w:themeColor="text1"/>
          <w:insideV w:val="single" w:sz="8" w:space="0" w:color="232323" w:themeColor="text1"/>
        </w:tcBorders>
        <w:shd w:val="clear" w:color="auto" w:fill="C0C0C0" w:themeFill="text1" w:themeFillTint="3F"/>
      </w:tcPr>
    </w:tblStylePr>
    <w:tblStylePr w:type="band2Horz">
      <w:tblPr/>
      <w:tcPr>
        <w:tcBorders>
          <w:top w:val="single" w:sz="8" w:space="0" w:color="232323" w:themeColor="text1"/>
          <w:left w:val="single" w:sz="8" w:space="0" w:color="232323" w:themeColor="text1"/>
          <w:bottom w:val="single" w:sz="8" w:space="0" w:color="232323" w:themeColor="text1"/>
          <w:right w:val="single" w:sz="8" w:space="0" w:color="232323" w:themeColor="text1"/>
          <w:insideV w:val="single" w:sz="8" w:space="0" w:color="232323"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232323" w:themeColor="accent1"/>
        <w:left w:val="single" w:sz="8" w:space="0" w:color="232323" w:themeColor="accent1"/>
        <w:bottom w:val="single" w:sz="8" w:space="0" w:color="232323" w:themeColor="accent1"/>
        <w:right w:val="single" w:sz="8" w:space="0" w:color="232323" w:themeColor="accent1"/>
        <w:insideH w:val="single" w:sz="8" w:space="0" w:color="232323" w:themeColor="accent1"/>
        <w:insideV w:val="single" w:sz="8" w:space="0" w:color="232323"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1"/>
          <w:left w:val="single" w:sz="8" w:space="0" w:color="232323" w:themeColor="accent1"/>
          <w:bottom w:val="single" w:sz="18" w:space="0" w:color="232323" w:themeColor="accent1"/>
          <w:right w:val="single" w:sz="8" w:space="0" w:color="232323" w:themeColor="accent1"/>
          <w:insideH w:val="nil"/>
          <w:insideV w:val="single" w:sz="8" w:space="0" w:color="23232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1"/>
          <w:left w:val="single" w:sz="8" w:space="0" w:color="232323" w:themeColor="accent1"/>
          <w:bottom w:val="single" w:sz="8" w:space="0" w:color="232323" w:themeColor="accent1"/>
          <w:right w:val="single" w:sz="8" w:space="0" w:color="232323" w:themeColor="accent1"/>
          <w:insideH w:val="nil"/>
          <w:insideV w:val="single" w:sz="8" w:space="0" w:color="23232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1"/>
          <w:left w:val="single" w:sz="8" w:space="0" w:color="232323" w:themeColor="accent1"/>
          <w:bottom w:val="single" w:sz="8" w:space="0" w:color="232323" w:themeColor="accent1"/>
          <w:right w:val="single" w:sz="8" w:space="0" w:color="232323" w:themeColor="accent1"/>
        </w:tcBorders>
      </w:tcPr>
    </w:tblStylePr>
    <w:tblStylePr w:type="band1Vert">
      <w:tblPr/>
      <w:tcPr>
        <w:tcBorders>
          <w:top w:val="single" w:sz="8" w:space="0" w:color="232323" w:themeColor="accent1"/>
          <w:left w:val="single" w:sz="8" w:space="0" w:color="232323" w:themeColor="accent1"/>
          <w:bottom w:val="single" w:sz="8" w:space="0" w:color="232323" w:themeColor="accent1"/>
          <w:right w:val="single" w:sz="8" w:space="0" w:color="232323" w:themeColor="accent1"/>
        </w:tcBorders>
        <w:shd w:val="clear" w:color="auto" w:fill="D3DFEE" w:themeFill="accent1" w:themeFillTint="3F"/>
      </w:tcPr>
    </w:tblStylePr>
    <w:tblStylePr w:type="band1Horz">
      <w:tblPr/>
      <w:tcPr>
        <w:tcBorders>
          <w:top w:val="single" w:sz="8" w:space="0" w:color="232323" w:themeColor="accent1"/>
          <w:left w:val="single" w:sz="8" w:space="0" w:color="232323" w:themeColor="accent1"/>
          <w:bottom w:val="single" w:sz="8" w:space="0" w:color="232323" w:themeColor="accent1"/>
          <w:right w:val="single" w:sz="8" w:space="0" w:color="232323" w:themeColor="accent1"/>
          <w:insideV w:val="single" w:sz="8" w:space="0" w:color="232323" w:themeColor="accent1"/>
        </w:tcBorders>
        <w:shd w:val="clear" w:color="auto" w:fill="D3DFEE" w:themeFill="accent1" w:themeFillTint="3F"/>
      </w:tcPr>
    </w:tblStylePr>
    <w:tblStylePr w:type="band2Horz">
      <w:tblPr/>
      <w:tcPr>
        <w:tcBorders>
          <w:top w:val="single" w:sz="8" w:space="0" w:color="232323" w:themeColor="accent1"/>
          <w:left w:val="single" w:sz="8" w:space="0" w:color="232323" w:themeColor="accent1"/>
          <w:bottom w:val="single" w:sz="8" w:space="0" w:color="232323" w:themeColor="accent1"/>
          <w:right w:val="single" w:sz="8" w:space="0" w:color="232323" w:themeColor="accent1"/>
          <w:insideV w:val="single" w:sz="8" w:space="0" w:color="232323"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232323" w:themeColor="accent2"/>
        <w:left w:val="single" w:sz="8" w:space="0" w:color="232323" w:themeColor="accent2"/>
        <w:bottom w:val="single" w:sz="8" w:space="0" w:color="232323" w:themeColor="accent2"/>
        <w:right w:val="single" w:sz="8" w:space="0" w:color="232323" w:themeColor="accent2"/>
        <w:insideH w:val="single" w:sz="8" w:space="0" w:color="232323" w:themeColor="accent2"/>
        <w:insideV w:val="single" w:sz="8" w:space="0" w:color="232323"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2"/>
          <w:left w:val="single" w:sz="8" w:space="0" w:color="232323" w:themeColor="accent2"/>
          <w:bottom w:val="single" w:sz="18" w:space="0" w:color="232323" w:themeColor="accent2"/>
          <w:right w:val="single" w:sz="8" w:space="0" w:color="232323" w:themeColor="accent2"/>
          <w:insideH w:val="nil"/>
          <w:insideV w:val="single" w:sz="8" w:space="0" w:color="23232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2"/>
          <w:left w:val="single" w:sz="8" w:space="0" w:color="232323" w:themeColor="accent2"/>
          <w:bottom w:val="single" w:sz="8" w:space="0" w:color="232323" w:themeColor="accent2"/>
          <w:right w:val="single" w:sz="8" w:space="0" w:color="232323" w:themeColor="accent2"/>
          <w:insideH w:val="nil"/>
          <w:insideV w:val="single" w:sz="8" w:space="0" w:color="23232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2"/>
          <w:left w:val="single" w:sz="8" w:space="0" w:color="232323" w:themeColor="accent2"/>
          <w:bottom w:val="single" w:sz="8" w:space="0" w:color="232323" w:themeColor="accent2"/>
          <w:right w:val="single" w:sz="8" w:space="0" w:color="232323" w:themeColor="accent2"/>
        </w:tcBorders>
      </w:tcPr>
    </w:tblStylePr>
    <w:tblStylePr w:type="band1Vert">
      <w:tblPr/>
      <w:tcPr>
        <w:tcBorders>
          <w:top w:val="single" w:sz="8" w:space="0" w:color="232323" w:themeColor="accent2"/>
          <w:left w:val="single" w:sz="8" w:space="0" w:color="232323" w:themeColor="accent2"/>
          <w:bottom w:val="single" w:sz="8" w:space="0" w:color="232323" w:themeColor="accent2"/>
          <w:right w:val="single" w:sz="8" w:space="0" w:color="232323" w:themeColor="accent2"/>
        </w:tcBorders>
        <w:shd w:val="clear" w:color="auto" w:fill="EFD3D2" w:themeFill="accent2" w:themeFillTint="3F"/>
      </w:tcPr>
    </w:tblStylePr>
    <w:tblStylePr w:type="band1Horz">
      <w:tblPr/>
      <w:tcPr>
        <w:tcBorders>
          <w:top w:val="single" w:sz="8" w:space="0" w:color="232323" w:themeColor="accent2"/>
          <w:left w:val="single" w:sz="8" w:space="0" w:color="232323" w:themeColor="accent2"/>
          <w:bottom w:val="single" w:sz="8" w:space="0" w:color="232323" w:themeColor="accent2"/>
          <w:right w:val="single" w:sz="8" w:space="0" w:color="232323" w:themeColor="accent2"/>
          <w:insideV w:val="single" w:sz="8" w:space="0" w:color="232323" w:themeColor="accent2"/>
        </w:tcBorders>
        <w:shd w:val="clear" w:color="auto" w:fill="EFD3D2" w:themeFill="accent2" w:themeFillTint="3F"/>
      </w:tcPr>
    </w:tblStylePr>
    <w:tblStylePr w:type="band2Horz">
      <w:tblPr/>
      <w:tcPr>
        <w:tcBorders>
          <w:top w:val="single" w:sz="8" w:space="0" w:color="232323" w:themeColor="accent2"/>
          <w:left w:val="single" w:sz="8" w:space="0" w:color="232323" w:themeColor="accent2"/>
          <w:bottom w:val="single" w:sz="8" w:space="0" w:color="232323" w:themeColor="accent2"/>
          <w:right w:val="single" w:sz="8" w:space="0" w:color="232323" w:themeColor="accent2"/>
          <w:insideV w:val="single" w:sz="8" w:space="0" w:color="232323"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232323" w:themeColor="accent3"/>
        <w:left w:val="single" w:sz="8" w:space="0" w:color="232323" w:themeColor="accent3"/>
        <w:bottom w:val="single" w:sz="8" w:space="0" w:color="232323" w:themeColor="accent3"/>
        <w:right w:val="single" w:sz="8" w:space="0" w:color="232323" w:themeColor="accent3"/>
        <w:insideH w:val="single" w:sz="8" w:space="0" w:color="232323" w:themeColor="accent3"/>
        <w:insideV w:val="single" w:sz="8" w:space="0" w:color="232323"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3"/>
          <w:left w:val="single" w:sz="8" w:space="0" w:color="232323" w:themeColor="accent3"/>
          <w:bottom w:val="single" w:sz="18" w:space="0" w:color="232323" w:themeColor="accent3"/>
          <w:right w:val="single" w:sz="8" w:space="0" w:color="232323" w:themeColor="accent3"/>
          <w:insideH w:val="nil"/>
          <w:insideV w:val="single" w:sz="8" w:space="0" w:color="23232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3"/>
          <w:left w:val="single" w:sz="8" w:space="0" w:color="232323" w:themeColor="accent3"/>
          <w:bottom w:val="single" w:sz="8" w:space="0" w:color="232323" w:themeColor="accent3"/>
          <w:right w:val="single" w:sz="8" w:space="0" w:color="232323" w:themeColor="accent3"/>
          <w:insideH w:val="nil"/>
          <w:insideV w:val="single" w:sz="8" w:space="0" w:color="23232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3"/>
          <w:left w:val="single" w:sz="8" w:space="0" w:color="232323" w:themeColor="accent3"/>
          <w:bottom w:val="single" w:sz="8" w:space="0" w:color="232323" w:themeColor="accent3"/>
          <w:right w:val="single" w:sz="8" w:space="0" w:color="232323" w:themeColor="accent3"/>
        </w:tcBorders>
      </w:tcPr>
    </w:tblStylePr>
    <w:tblStylePr w:type="band1Vert">
      <w:tblPr/>
      <w:tcPr>
        <w:tcBorders>
          <w:top w:val="single" w:sz="8" w:space="0" w:color="232323" w:themeColor="accent3"/>
          <w:left w:val="single" w:sz="8" w:space="0" w:color="232323" w:themeColor="accent3"/>
          <w:bottom w:val="single" w:sz="8" w:space="0" w:color="232323" w:themeColor="accent3"/>
          <w:right w:val="single" w:sz="8" w:space="0" w:color="232323" w:themeColor="accent3"/>
        </w:tcBorders>
        <w:shd w:val="clear" w:color="auto" w:fill="E6EED5" w:themeFill="accent3" w:themeFillTint="3F"/>
      </w:tcPr>
    </w:tblStylePr>
    <w:tblStylePr w:type="band1Horz">
      <w:tblPr/>
      <w:tcPr>
        <w:tcBorders>
          <w:top w:val="single" w:sz="8" w:space="0" w:color="232323" w:themeColor="accent3"/>
          <w:left w:val="single" w:sz="8" w:space="0" w:color="232323" w:themeColor="accent3"/>
          <w:bottom w:val="single" w:sz="8" w:space="0" w:color="232323" w:themeColor="accent3"/>
          <w:right w:val="single" w:sz="8" w:space="0" w:color="232323" w:themeColor="accent3"/>
          <w:insideV w:val="single" w:sz="8" w:space="0" w:color="232323" w:themeColor="accent3"/>
        </w:tcBorders>
        <w:shd w:val="clear" w:color="auto" w:fill="E6EED5" w:themeFill="accent3" w:themeFillTint="3F"/>
      </w:tcPr>
    </w:tblStylePr>
    <w:tblStylePr w:type="band2Horz">
      <w:tblPr/>
      <w:tcPr>
        <w:tcBorders>
          <w:top w:val="single" w:sz="8" w:space="0" w:color="232323" w:themeColor="accent3"/>
          <w:left w:val="single" w:sz="8" w:space="0" w:color="232323" w:themeColor="accent3"/>
          <w:bottom w:val="single" w:sz="8" w:space="0" w:color="232323" w:themeColor="accent3"/>
          <w:right w:val="single" w:sz="8" w:space="0" w:color="232323" w:themeColor="accent3"/>
          <w:insideV w:val="single" w:sz="8" w:space="0" w:color="232323"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232323" w:themeColor="accent4"/>
        <w:left w:val="single" w:sz="8" w:space="0" w:color="232323" w:themeColor="accent4"/>
        <w:bottom w:val="single" w:sz="8" w:space="0" w:color="232323" w:themeColor="accent4"/>
        <w:right w:val="single" w:sz="8" w:space="0" w:color="232323" w:themeColor="accent4"/>
        <w:insideH w:val="single" w:sz="8" w:space="0" w:color="232323" w:themeColor="accent4"/>
        <w:insideV w:val="single" w:sz="8" w:space="0" w:color="232323"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4"/>
          <w:left w:val="single" w:sz="8" w:space="0" w:color="232323" w:themeColor="accent4"/>
          <w:bottom w:val="single" w:sz="18" w:space="0" w:color="232323" w:themeColor="accent4"/>
          <w:right w:val="single" w:sz="8" w:space="0" w:color="232323" w:themeColor="accent4"/>
          <w:insideH w:val="nil"/>
          <w:insideV w:val="single" w:sz="8" w:space="0" w:color="23232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4"/>
          <w:left w:val="single" w:sz="8" w:space="0" w:color="232323" w:themeColor="accent4"/>
          <w:bottom w:val="single" w:sz="8" w:space="0" w:color="232323" w:themeColor="accent4"/>
          <w:right w:val="single" w:sz="8" w:space="0" w:color="232323" w:themeColor="accent4"/>
          <w:insideH w:val="nil"/>
          <w:insideV w:val="single" w:sz="8" w:space="0" w:color="23232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4"/>
          <w:left w:val="single" w:sz="8" w:space="0" w:color="232323" w:themeColor="accent4"/>
          <w:bottom w:val="single" w:sz="8" w:space="0" w:color="232323" w:themeColor="accent4"/>
          <w:right w:val="single" w:sz="8" w:space="0" w:color="232323" w:themeColor="accent4"/>
        </w:tcBorders>
      </w:tcPr>
    </w:tblStylePr>
    <w:tblStylePr w:type="band1Vert">
      <w:tblPr/>
      <w:tcPr>
        <w:tcBorders>
          <w:top w:val="single" w:sz="8" w:space="0" w:color="232323" w:themeColor="accent4"/>
          <w:left w:val="single" w:sz="8" w:space="0" w:color="232323" w:themeColor="accent4"/>
          <w:bottom w:val="single" w:sz="8" w:space="0" w:color="232323" w:themeColor="accent4"/>
          <w:right w:val="single" w:sz="8" w:space="0" w:color="232323" w:themeColor="accent4"/>
        </w:tcBorders>
        <w:shd w:val="clear" w:color="auto" w:fill="DFD8E8" w:themeFill="accent4" w:themeFillTint="3F"/>
      </w:tcPr>
    </w:tblStylePr>
    <w:tblStylePr w:type="band1Horz">
      <w:tblPr/>
      <w:tcPr>
        <w:tcBorders>
          <w:top w:val="single" w:sz="8" w:space="0" w:color="232323" w:themeColor="accent4"/>
          <w:left w:val="single" w:sz="8" w:space="0" w:color="232323" w:themeColor="accent4"/>
          <w:bottom w:val="single" w:sz="8" w:space="0" w:color="232323" w:themeColor="accent4"/>
          <w:right w:val="single" w:sz="8" w:space="0" w:color="232323" w:themeColor="accent4"/>
          <w:insideV w:val="single" w:sz="8" w:space="0" w:color="232323" w:themeColor="accent4"/>
        </w:tcBorders>
        <w:shd w:val="clear" w:color="auto" w:fill="DFD8E8" w:themeFill="accent4" w:themeFillTint="3F"/>
      </w:tcPr>
    </w:tblStylePr>
    <w:tblStylePr w:type="band2Horz">
      <w:tblPr/>
      <w:tcPr>
        <w:tcBorders>
          <w:top w:val="single" w:sz="8" w:space="0" w:color="232323" w:themeColor="accent4"/>
          <w:left w:val="single" w:sz="8" w:space="0" w:color="232323" w:themeColor="accent4"/>
          <w:bottom w:val="single" w:sz="8" w:space="0" w:color="232323" w:themeColor="accent4"/>
          <w:right w:val="single" w:sz="8" w:space="0" w:color="232323" w:themeColor="accent4"/>
          <w:insideV w:val="single" w:sz="8" w:space="0" w:color="232323"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232323" w:themeColor="accent5"/>
        <w:left w:val="single" w:sz="8" w:space="0" w:color="232323" w:themeColor="accent5"/>
        <w:bottom w:val="single" w:sz="8" w:space="0" w:color="232323" w:themeColor="accent5"/>
        <w:right w:val="single" w:sz="8" w:space="0" w:color="232323" w:themeColor="accent5"/>
        <w:insideH w:val="single" w:sz="8" w:space="0" w:color="232323" w:themeColor="accent5"/>
        <w:insideV w:val="single" w:sz="8" w:space="0" w:color="232323"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5"/>
          <w:left w:val="single" w:sz="8" w:space="0" w:color="232323" w:themeColor="accent5"/>
          <w:bottom w:val="single" w:sz="18" w:space="0" w:color="232323" w:themeColor="accent5"/>
          <w:right w:val="single" w:sz="8" w:space="0" w:color="232323" w:themeColor="accent5"/>
          <w:insideH w:val="nil"/>
          <w:insideV w:val="single" w:sz="8" w:space="0" w:color="23232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5"/>
          <w:left w:val="single" w:sz="8" w:space="0" w:color="232323" w:themeColor="accent5"/>
          <w:bottom w:val="single" w:sz="8" w:space="0" w:color="232323" w:themeColor="accent5"/>
          <w:right w:val="single" w:sz="8" w:space="0" w:color="232323" w:themeColor="accent5"/>
          <w:insideH w:val="nil"/>
          <w:insideV w:val="single" w:sz="8" w:space="0" w:color="23232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5"/>
          <w:left w:val="single" w:sz="8" w:space="0" w:color="232323" w:themeColor="accent5"/>
          <w:bottom w:val="single" w:sz="8" w:space="0" w:color="232323" w:themeColor="accent5"/>
          <w:right w:val="single" w:sz="8" w:space="0" w:color="232323" w:themeColor="accent5"/>
        </w:tcBorders>
      </w:tcPr>
    </w:tblStylePr>
    <w:tblStylePr w:type="band1Vert">
      <w:tblPr/>
      <w:tcPr>
        <w:tcBorders>
          <w:top w:val="single" w:sz="8" w:space="0" w:color="232323" w:themeColor="accent5"/>
          <w:left w:val="single" w:sz="8" w:space="0" w:color="232323" w:themeColor="accent5"/>
          <w:bottom w:val="single" w:sz="8" w:space="0" w:color="232323" w:themeColor="accent5"/>
          <w:right w:val="single" w:sz="8" w:space="0" w:color="232323" w:themeColor="accent5"/>
        </w:tcBorders>
        <w:shd w:val="clear" w:color="auto" w:fill="D2EAF1" w:themeFill="accent5" w:themeFillTint="3F"/>
      </w:tcPr>
    </w:tblStylePr>
    <w:tblStylePr w:type="band1Horz">
      <w:tblPr/>
      <w:tcPr>
        <w:tcBorders>
          <w:top w:val="single" w:sz="8" w:space="0" w:color="232323" w:themeColor="accent5"/>
          <w:left w:val="single" w:sz="8" w:space="0" w:color="232323" w:themeColor="accent5"/>
          <w:bottom w:val="single" w:sz="8" w:space="0" w:color="232323" w:themeColor="accent5"/>
          <w:right w:val="single" w:sz="8" w:space="0" w:color="232323" w:themeColor="accent5"/>
          <w:insideV w:val="single" w:sz="8" w:space="0" w:color="232323" w:themeColor="accent5"/>
        </w:tcBorders>
        <w:shd w:val="clear" w:color="auto" w:fill="D2EAF1" w:themeFill="accent5" w:themeFillTint="3F"/>
      </w:tcPr>
    </w:tblStylePr>
    <w:tblStylePr w:type="band2Horz">
      <w:tblPr/>
      <w:tcPr>
        <w:tcBorders>
          <w:top w:val="single" w:sz="8" w:space="0" w:color="232323" w:themeColor="accent5"/>
          <w:left w:val="single" w:sz="8" w:space="0" w:color="232323" w:themeColor="accent5"/>
          <w:bottom w:val="single" w:sz="8" w:space="0" w:color="232323" w:themeColor="accent5"/>
          <w:right w:val="single" w:sz="8" w:space="0" w:color="232323" w:themeColor="accent5"/>
          <w:insideV w:val="single" w:sz="8" w:space="0" w:color="23232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232323" w:themeColor="accent6"/>
        <w:left w:val="single" w:sz="8" w:space="0" w:color="232323" w:themeColor="accent6"/>
        <w:bottom w:val="single" w:sz="8" w:space="0" w:color="232323" w:themeColor="accent6"/>
        <w:right w:val="single" w:sz="8" w:space="0" w:color="232323" w:themeColor="accent6"/>
        <w:insideH w:val="single" w:sz="8" w:space="0" w:color="232323" w:themeColor="accent6"/>
        <w:insideV w:val="single" w:sz="8" w:space="0" w:color="232323"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32323" w:themeColor="accent6"/>
          <w:left w:val="single" w:sz="8" w:space="0" w:color="232323" w:themeColor="accent6"/>
          <w:bottom w:val="single" w:sz="18" w:space="0" w:color="232323" w:themeColor="accent6"/>
          <w:right w:val="single" w:sz="8" w:space="0" w:color="232323" w:themeColor="accent6"/>
          <w:insideH w:val="nil"/>
          <w:insideV w:val="single" w:sz="8" w:space="0" w:color="23232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323" w:themeColor="accent6"/>
          <w:left w:val="single" w:sz="8" w:space="0" w:color="232323" w:themeColor="accent6"/>
          <w:bottom w:val="single" w:sz="8" w:space="0" w:color="232323" w:themeColor="accent6"/>
          <w:right w:val="single" w:sz="8" w:space="0" w:color="232323" w:themeColor="accent6"/>
          <w:insideH w:val="nil"/>
          <w:insideV w:val="single" w:sz="8" w:space="0" w:color="23232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323" w:themeColor="accent6"/>
          <w:left w:val="single" w:sz="8" w:space="0" w:color="232323" w:themeColor="accent6"/>
          <w:bottom w:val="single" w:sz="8" w:space="0" w:color="232323" w:themeColor="accent6"/>
          <w:right w:val="single" w:sz="8" w:space="0" w:color="232323" w:themeColor="accent6"/>
        </w:tcBorders>
      </w:tcPr>
    </w:tblStylePr>
    <w:tblStylePr w:type="band1Vert">
      <w:tblPr/>
      <w:tcPr>
        <w:tcBorders>
          <w:top w:val="single" w:sz="8" w:space="0" w:color="232323" w:themeColor="accent6"/>
          <w:left w:val="single" w:sz="8" w:space="0" w:color="232323" w:themeColor="accent6"/>
          <w:bottom w:val="single" w:sz="8" w:space="0" w:color="232323" w:themeColor="accent6"/>
          <w:right w:val="single" w:sz="8" w:space="0" w:color="232323" w:themeColor="accent6"/>
        </w:tcBorders>
        <w:shd w:val="clear" w:color="auto" w:fill="E5E3DE" w:themeFill="accent6" w:themeFillTint="3F"/>
      </w:tcPr>
    </w:tblStylePr>
    <w:tblStylePr w:type="band1Horz">
      <w:tblPr/>
      <w:tcPr>
        <w:tcBorders>
          <w:top w:val="single" w:sz="8" w:space="0" w:color="232323" w:themeColor="accent6"/>
          <w:left w:val="single" w:sz="8" w:space="0" w:color="232323" w:themeColor="accent6"/>
          <w:bottom w:val="single" w:sz="8" w:space="0" w:color="232323" w:themeColor="accent6"/>
          <w:right w:val="single" w:sz="8" w:space="0" w:color="232323" w:themeColor="accent6"/>
          <w:insideV w:val="single" w:sz="8" w:space="0" w:color="232323" w:themeColor="accent6"/>
        </w:tcBorders>
        <w:shd w:val="clear" w:color="auto" w:fill="E5E3DE" w:themeFill="accent6" w:themeFillTint="3F"/>
      </w:tcPr>
    </w:tblStylePr>
    <w:tblStylePr w:type="band2Horz">
      <w:tblPr/>
      <w:tcPr>
        <w:tcBorders>
          <w:top w:val="single" w:sz="8" w:space="0" w:color="232323" w:themeColor="accent6"/>
          <w:left w:val="single" w:sz="8" w:space="0" w:color="232323" w:themeColor="accent6"/>
          <w:bottom w:val="single" w:sz="8" w:space="0" w:color="232323" w:themeColor="accent6"/>
          <w:right w:val="single" w:sz="8" w:space="0" w:color="232323" w:themeColor="accent6"/>
          <w:insideV w:val="single" w:sz="8" w:space="0" w:color="232323"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66645F" w:themeColor="text1" w:themeTint="BF"/>
        <w:left w:val="single" w:sz="8" w:space="0" w:color="66645F" w:themeColor="text1" w:themeTint="BF"/>
        <w:bottom w:val="single" w:sz="8" w:space="0" w:color="66645F" w:themeColor="text1" w:themeTint="BF"/>
        <w:right w:val="single" w:sz="8" w:space="0" w:color="66645F" w:themeColor="text1" w:themeTint="BF"/>
        <w:insideH w:val="single" w:sz="8" w:space="0" w:color="66645F"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66645F" w:themeColor="text1" w:themeTint="BF"/>
          <w:left w:val="single" w:sz="8" w:space="0" w:color="66645F" w:themeColor="text1" w:themeTint="BF"/>
          <w:bottom w:val="single" w:sz="8" w:space="0" w:color="66645F" w:themeColor="text1" w:themeTint="BF"/>
          <w:right w:val="single" w:sz="8" w:space="0" w:color="66645F" w:themeColor="text1" w:themeTint="BF"/>
          <w:insideH w:val="nil"/>
          <w:insideV w:val="nil"/>
        </w:tcBorders>
        <w:shd w:val="clear" w:color="auto" w:fill="232323" w:themeFill="text1"/>
      </w:tcPr>
    </w:tblStylePr>
    <w:tblStylePr w:type="lastRow">
      <w:pPr>
        <w:spacing w:before="0" w:after="0" w:line="240" w:lineRule="auto"/>
      </w:pPr>
      <w:rPr>
        <w:b/>
        <w:bCs/>
      </w:rPr>
      <w:tblPr/>
      <w:tcPr>
        <w:tcBorders>
          <w:top w:val="double" w:sz="6" w:space="0" w:color="66645F" w:themeColor="text1" w:themeTint="BF"/>
          <w:left w:val="single" w:sz="8" w:space="0" w:color="66645F" w:themeColor="text1" w:themeTint="BF"/>
          <w:bottom w:val="single" w:sz="8" w:space="0" w:color="66645F" w:themeColor="text1" w:themeTint="BF"/>
          <w:right w:val="single" w:sz="8" w:space="0" w:color="66645F"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232323" w:themeColor="accent1" w:themeTint="BF"/>
        <w:left w:val="single" w:sz="8" w:space="0" w:color="232323" w:themeColor="accent1" w:themeTint="BF"/>
        <w:bottom w:val="single" w:sz="8" w:space="0" w:color="232323" w:themeColor="accent1" w:themeTint="BF"/>
        <w:right w:val="single" w:sz="8" w:space="0" w:color="232323" w:themeColor="accent1" w:themeTint="BF"/>
        <w:insideH w:val="single" w:sz="8" w:space="0" w:color="232323"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1" w:themeTint="BF"/>
          <w:left w:val="single" w:sz="8" w:space="0" w:color="232323" w:themeColor="accent1" w:themeTint="BF"/>
          <w:bottom w:val="single" w:sz="8" w:space="0" w:color="232323" w:themeColor="accent1" w:themeTint="BF"/>
          <w:right w:val="single" w:sz="8" w:space="0" w:color="232323" w:themeColor="accent1" w:themeTint="BF"/>
          <w:insideH w:val="nil"/>
          <w:insideV w:val="nil"/>
        </w:tcBorders>
        <w:shd w:val="clear" w:color="auto" w:fill="E5E3DE" w:themeFill="accent1"/>
      </w:tcPr>
    </w:tblStylePr>
    <w:tblStylePr w:type="lastRow">
      <w:pPr>
        <w:spacing w:before="0" w:after="0" w:line="240" w:lineRule="auto"/>
      </w:pPr>
      <w:rPr>
        <w:b/>
        <w:bCs/>
      </w:rPr>
      <w:tblPr/>
      <w:tcPr>
        <w:tcBorders>
          <w:top w:val="double" w:sz="6" w:space="0" w:color="232323" w:themeColor="accent1" w:themeTint="BF"/>
          <w:left w:val="single" w:sz="8" w:space="0" w:color="232323" w:themeColor="accent1" w:themeTint="BF"/>
          <w:bottom w:val="single" w:sz="8" w:space="0" w:color="232323" w:themeColor="accent1" w:themeTint="BF"/>
          <w:right w:val="single" w:sz="8" w:space="0" w:color="23232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232323" w:themeColor="accent2" w:themeTint="BF"/>
        <w:left w:val="single" w:sz="8" w:space="0" w:color="232323" w:themeColor="accent2" w:themeTint="BF"/>
        <w:bottom w:val="single" w:sz="8" w:space="0" w:color="232323" w:themeColor="accent2" w:themeTint="BF"/>
        <w:right w:val="single" w:sz="8" w:space="0" w:color="232323" w:themeColor="accent2" w:themeTint="BF"/>
        <w:insideH w:val="single" w:sz="8" w:space="0" w:color="232323"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2" w:themeTint="BF"/>
          <w:left w:val="single" w:sz="8" w:space="0" w:color="232323" w:themeColor="accent2" w:themeTint="BF"/>
          <w:bottom w:val="single" w:sz="8" w:space="0" w:color="232323" w:themeColor="accent2" w:themeTint="BF"/>
          <w:right w:val="single" w:sz="8" w:space="0" w:color="232323" w:themeColor="accent2" w:themeTint="BF"/>
          <w:insideH w:val="nil"/>
          <w:insideV w:val="nil"/>
        </w:tcBorders>
        <w:shd w:val="clear" w:color="auto" w:fill="E5E3DE" w:themeFill="accent2"/>
      </w:tcPr>
    </w:tblStylePr>
    <w:tblStylePr w:type="lastRow">
      <w:pPr>
        <w:spacing w:before="0" w:after="0" w:line="240" w:lineRule="auto"/>
      </w:pPr>
      <w:rPr>
        <w:b/>
        <w:bCs/>
      </w:rPr>
      <w:tblPr/>
      <w:tcPr>
        <w:tcBorders>
          <w:top w:val="double" w:sz="6" w:space="0" w:color="232323" w:themeColor="accent2" w:themeTint="BF"/>
          <w:left w:val="single" w:sz="8" w:space="0" w:color="232323" w:themeColor="accent2" w:themeTint="BF"/>
          <w:bottom w:val="single" w:sz="8" w:space="0" w:color="232323" w:themeColor="accent2" w:themeTint="BF"/>
          <w:right w:val="single" w:sz="8" w:space="0" w:color="23232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232323" w:themeColor="accent3" w:themeTint="BF"/>
        <w:left w:val="single" w:sz="8" w:space="0" w:color="232323" w:themeColor="accent3" w:themeTint="BF"/>
        <w:bottom w:val="single" w:sz="8" w:space="0" w:color="232323" w:themeColor="accent3" w:themeTint="BF"/>
        <w:right w:val="single" w:sz="8" w:space="0" w:color="232323" w:themeColor="accent3" w:themeTint="BF"/>
        <w:insideH w:val="single" w:sz="8" w:space="0" w:color="232323"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3" w:themeTint="BF"/>
          <w:left w:val="single" w:sz="8" w:space="0" w:color="232323" w:themeColor="accent3" w:themeTint="BF"/>
          <w:bottom w:val="single" w:sz="8" w:space="0" w:color="232323" w:themeColor="accent3" w:themeTint="BF"/>
          <w:right w:val="single" w:sz="8" w:space="0" w:color="232323" w:themeColor="accent3" w:themeTint="BF"/>
          <w:insideH w:val="nil"/>
          <w:insideV w:val="nil"/>
        </w:tcBorders>
        <w:shd w:val="clear" w:color="auto" w:fill="E5E3DE" w:themeFill="accent3"/>
      </w:tcPr>
    </w:tblStylePr>
    <w:tblStylePr w:type="lastRow">
      <w:pPr>
        <w:spacing w:before="0" w:after="0" w:line="240" w:lineRule="auto"/>
      </w:pPr>
      <w:rPr>
        <w:b/>
        <w:bCs/>
      </w:rPr>
      <w:tblPr/>
      <w:tcPr>
        <w:tcBorders>
          <w:top w:val="double" w:sz="6" w:space="0" w:color="232323" w:themeColor="accent3" w:themeTint="BF"/>
          <w:left w:val="single" w:sz="8" w:space="0" w:color="232323" w:themeColor="accent3" w:themeTint="BF"/>
          <w:bottom w:val="single" w:sz="8" w:space="0" w:color="232323" w:themeColor="accent3" w:themeTint="BF"/>
          <w:right w:val="single" w:sz="8" w:space="0" w:color="232323"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232323" w:themeColor="accent4" w:themeTint="BF"/>
        <w:left w:val="single" w:sz="8" w:space="0" w:color="232323" w:themeColor="accent4" w:themeTint="BF"/>
        <w:bottom w:val="single" w:sz="8" w:space="0" w:color="232323" w:themeColor="accent4" w:themeTint="BF"/>
        <w:right w:val="single" w:sz="8" w:space="0" w:color="232323" w:themeColor="accent4" w:themeTint="BF"/>
        <w:insideH w:val="single" w:sz="8" w:space="0" w:color="232323"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4" w:themeTint="BF"/>
          <w:left w:val="single" w:sz="8" w:space="0" w:color="232323" w:themeColor="accent4" w:themeTint="BF"/>
          <w:bottom w:val="single" w:sz="8" w:space="0" w:color="232323" w:themeColor="accent4" w:themeTint="BF"/>
          <w:right w:val="single" w:sz="8" w:space="0" w:color="232323" w:themeColor="accent4" w:themeTint="BF"/>
          <w:insideH w:val="nil"/>
          <w:insideV w:val="nil"/>
        </w:tcBorders>
        <w:shd w:val="clear" w:color="auto" w:fill="E5E3DE" w:themeFill="accent4"/>
      </w:tcPr>
    </w:tblStylePr>
    <w:tblStylePr w:type="lastRow">
      <w:pPr>
        <w:spacing w:before="0" w:after="0" w:line="240" w:lineRule="auto"/>
      </w:pPr>
      <w:rPr>
        <w:b/>
        <w:bCs/>
      </w:rPr>
      <w:tblPr/>
      <w:tcPr>
        <w:tcBorders>
          <w:top w:val="double" w:sz="6" w:space="0" w:color="232323" w:themeColor="accent4" w:themeTint="BF"/>
          <w:left w:val="single" w:sz="8" w:space="0" w:color="232323" w:themeColor="accent4" w:themeTint="BF"/>
          <w:bottom w:val="single" w:sz="8" w:space="0" w:color="232323" w:themeColor="accent4" w:themeTint="BF"/>
          <w:right w:val="single" w:sz="8" w:space="0" w:color="232323"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232323" w:themeColor="accent5" w:themeTint="BF"/>
        <w:left w:val="single" w:sz="8" w:space="0" w:color="232323" w:themeColor="accent5" w:themeTint="BF"/>
        <w:bottom w:val="single" w:sz="8" w:space="0" w:color="232323" w:themeColor="accent5" w:themeTint="BF"/>
        <w:right w:val="single" w:sz="8" w:space="0" w:color="232323" w:themeColor="accent5" w:themeTint="BF"/>
        <w:insideH w:val="single" w:sz="8" w:space="0" w:color="232323"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5" w:themeTint="BF"/>
          <w:left w:val="single" w:sz="8" w:space="0" w:color="232323" w:themeColor="accent5" w:themeTint="BF"/>
          <w:bottom w:val="single" w:sz="8" w:space="0" w:color="232323" w:themeColor="accent5" w:themeTint="BF"/>
          <w:right w:val="single" w:sz="8" w:space="0" w:color="232323" w:themeColor="accent5" w:themeTint="BF"/>
          <w:insideH w:val="nil"/>
          <w:insideV w:val="nil"/>
        </w:tcBorders>
        <w:shd w:val="clear" w:color="auto" w:fill="E5E3DE" w:themeFill="accent5"/>
      </w:tcPr>
    </w:tblStylePr>
    <w:tblStylePr w:type="lastRow">
      <w:pPr>
        <w:spacing w:before="0" w:after="0" w:line="240" w:lineRule="auto"/>
      </w:pPr>
      <w:rPr>
        <w:b/>
        <w:bCs/>
      </w:rPr>
      <w:tblPr/>
      <w:tcPr>
        <w:tcBorders>
          <w:top w:val="double" w:sz="6" w:space="0" w:color="232323" w:themeColor="accent5" w:themeTint="BF"/>
          <w:left w:val="single" w:sz="8" w:space="0" w:color="232323" w:themeColor="accent5" w:themeTint="BF"/>
          <w:bottom w:val="single" w:sz="8" w:space="0" w:color="232323" w:themeColor="accent5" w:themeTint="BF"/>
          <w:right w:val="single" w:sz="8" w:space="0" w:color="232323"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232323" w:themeColor="accent6" w:themeTint="BF"/>
        <w:left w:val="single" w:sz="8" w:space="0" w:color="232323" w:themeColor="accent6" w:themeTint="BF"/>
        <w:bottom w:val="single" w:sz="8" w:space="0" w:color="232323" w:themeColor="accent6" w:themeTint="BF"/>
        <w:right w:val="single" w:sz="8" w:space="0" w:color="232323" w:themeColor="accent6" w:themeTint="BF"/>
        <w:insideH w:val="single" w:sz="8" w:space="0" w:color="232323"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32323" w:themeColor="accent6" w:themeTint="BF"/>
          <w:left w:val="single" w:sz="8" w:space="0" w:color="232323" w:themeColor="accent6" w:themeTint="BF"/>
          <w:bottom w:val="single" w:sz="8" w:space="0" w:color="232323" w:themeColor="accent6" w:themeTint="BF"/>
          <w:right w:val="single" w:sz="8" w:space="0" w:color="232323" w:themeColor="accent6" w:themeTint="BF"/>
          <w:insideH w:val="nil"/>
          <w:insideV w:val="nil"/>
        </w:tcBorders>
        <w:shd w:val="clear" w:color="auto" w:fill="E5E3DE" w:themeFill="accent6"/>
      </w:tcPr>
    </w:tblStylePr>
    <w:tblStylePr w:type="lastRow">
      <w:pPr>
        <w:spacing w:before="0" w:after="0" w:line="240" w:lineRule="auto"/>
      </w:pPr>
      <w:rPr>
        <w:b/>
        <w:bCs/>
      </w:rPr>
      <w:tblPr/>
      <w:tcPr>
        <w:tcBorders>
          <w:top w:val="double" w:sz="6" w:space="0" w:color="232323" w:themeColor="accent6" w:themeTint="BF"/>
          <w:left w:val="single" w:sz="8" w:space="0" w:color="232323" w:themeColor="accent6" w:themeTint="BF"/>
          <w:bottom w:val="single" w:sz="8" w:space="0" w:color="232323" w:themeColor="accent6" w:themeTint="BF"/>
          <w:right w:val="single" w:sz="8" w:space="0" w:color="23232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3DE" w:themeFill="accent6" w:themeFillTint="3F"/>
      </w:tcPr>
    </w:tblStylePr>
    <w:tblStylePr w:type="band1Horz">
      <w:tblPr/>
      <w:tcPr>
        <w:tcBorders>
          <w:insideH w:val="nil"/>
          <w:insideV w:val="nil"/>
        </w:tcBorders>
        <w:shd w:val="clear" w:color="auto" w:fill="E5E3D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3232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232323" w:themeFill="text1"/>
      </w:tcPr>
    </w:tblStylePr>
    <w:tblStylePr w:type="lastCol">
      <w:rPr>
        <w:b/>
        <w:bCs/>
        <w:color w:val="FFFFFF"/>
      </w:rPr>
      <w:tblPr/>
      <w:tcPr>
        <w:tcBorders>
          <w:left w:val="nil"/>
          <w:right w:val="nil"/>
          <w:insideH w:val="nil"/>
          <w:insideV w:val="nil"/>
        </w:tcBorders>
        <w:shd w:val="clear" w:color="auto" w:fill="23232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1"/>
      </w:tcPr>
    </w:tblStylePr>
    <w:tblStylePr w:type="lastCol">
      <w:rPr>
        <w:b/>
        <w:bCs/>
        <w:color w:val="FFFFFF"/>
      </w:rPr>
      <w:tblPr/>
      <w:tcPr>
        <w:tcBorders>
          <w:left w:val="nil"/>
          <w:right w:val="nil"/>
          <w:insideH w:val="nil"/>
          <w:insideV w:val="nil"/>
        </w:tcBorders>
        <w:shd w:val="clear" w:color="auto" w:fill="E5E3D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2"/>
      </w:tcPr>
    </w:tblStylePr>
    <w:tblStylePr w:type="lastCol">
      <w:rPr>
        <w:b/>
        <w:bCs/>
        <w:color w:val="FFFFFF"/>
      </w:rPr>
      <w:tblPr/>
      <w:tcPr>
        <w:tcBorders>
          <w:left w:val="nil"/>
          <w:right w:val="nil"/>
          <w:insideH w:val="nil"/>
          <w:insideV w:val="nil"/>
        </w:tcBorders>
        <w:shd w:val="clear" w:color="auto" w:fill="E5E3D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3"/>
      </w:tcPr>
    </w:tblStylePr>
    <w:tblStylePr w:type="lastCol">
      <w:rPr>
        <w:b/>
        <w:bCs/>
        <w:color w:val="FFFFFF"/>
      </w:rPr>
      <w:tblPr/>
      <w:tcPr>
        <w:tcBorders>
          <w:left w:val="nil"/>
          <w:right w:val="nil"/>
          <w:insideH w:val="nil"/>
          <w:insideV w:val="nil"/>
        </w:tcBorders>
        <w:shd w:val="clear" w:color="auto" w:fill="E5E3D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4"/>
      </w:tcPr>
    </w:tblStylePr>
    <w:tblStylePr w:type="lastCol">
      <w:rPr>
        <w:b/>
        <w:bCs/>
        <w:color w:val="FFFFFF"/>
      </w:rPr>
      <w:tblPr/>
      <w:tcPr>
        <w:tcBorders>
          <w:left w:val="nil"/>
          <w:right w:val="nil"/>
          <w:insideH w:val="nil"/>
          <w:insideV w:val="nil"/>
        </w:tcBorders>
        <w:shd w:val="clear" w:color="auto" w:fill="E5E3D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5"/>
      </w:tcPr>
    </w:tblStylePr>
    <w:tblStylePr w:type="lastCol">
      <w:rPr>
        <w:b/>
        <w:bCs/>
        <w:color w:val="FFFFFF"/>
      </w:rPr>
      <w:tblPr/>
      <w:tcPr>
        <w:tcBorders>
          <w:left w:val="nil"/>
          <w:right w:val="nil"/>
          <w:insideH w:val="nil"/>
          <w:insideV w:val="nil"/>
        </w:tcBorders>
        <w:shd w:val="clear" w:color="auto" w:fill="E5E3D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5E3D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E5E3DE" w:themeFill="accent6"/>
      </w:tcPr>
    </w:tblStylePr>
    <w:tblStylePr w:type="lastCol">
      <w:rPr>
        <w:b/>
        <w:bCs/>
        <w:color w:val="FFFFFF"/>
      </w:rPr>
      <w:tblPr/>
      <w:tcPr>
        <w:tcBorders>
          <w:left w:val="nil"/>
          <w:right w:val="nil"/>
          <w:insideH w:val="nil"/>
          <w:insideV w:val="nil"/>
        </w:tcBorders>
        <w:shd w:val="clear" w:color="auto" w:fill="E5E3D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text1"/>
        <w:bottom w:val="single" w:sz="8" w:space="0" w:color="232323"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text1"/>
        </w:tcBorders>
      </w:tcPr>
    </w:tblStylePr>
    <w:tblStylePr w:type="lastRow">
      <w:rPr>
        <w:b/>
        <w:bCs/>
        <w:color w:val="66645F"/>
      </w:rPr>
      <w:tblPr/>
      <w:tcPr>
        <w:tcBorders>
          <w:top w:val="single" w:sz="8" w:space="0" w:color="232323" w:themeColor="text1"/>
          <w:bottom w:val="single" w:sz="8" w:space="0" w:color="232323" w:themeColor="text1"/>
        </w:tcBorders>
      </w:tcPr>
    </w:tblStylePr>
    <w:tblStylePr w:type="firstCol">
      <w:rPr>
        <w:b/>
        <w:bCs/>
      </w:rPr>
    </w:tblStylePr>
    <w:tblStylePr w:type="lastCol">
      <w:rPr>
        <w:b/>
        <w:bCs/>
      </w:rPr>
      <w:tblPr/>
      <w:tcPr>
        <w:tcBorders>
          <w:top w:val="single" w:sz="8" w:space="0" w:color="232323" w:themeColor="text1"/>
          <w:bottom w:val="single" w:sz="8" w:space="0" w:color="232323"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1"/>
        <w:bottom w:val="single" w:sz="8" w:space="0" w:color="232323"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1"/>
        </w:tcBorders>
      </w:tcPr>
    </w:tblStylePr>
    <w:tblStylePr w:type="lastRow">
      <w:rPr>
        <w:b/>
        <w:bCs/>
        <w:color w:val="66645F"/>
      </w:rPr>
      <w:tblPr/>
      <w:tcPr>
        <w:tcBorders>
          <w:top w:val="single" w:sz="8" w:space="0" w:color="232323" w:themeColor="accent1"/>
          <w:bottom w:val="single" w:sz="8" w:space="0" w:color="232323" w:themeColor="accent1"/>
        </w:tcBorders>
      </w:tcPr>
    </w:tblStylePr>
    <w:tblStylePr w:type="firstCol">
      <w:rPr>
        <w:b/>
        <w:bCs/>
      </w:rPr>
    </w:tblStylePr>
    <w:tblStylePr w:type="lastCol">
      <w:rPr>
        <w:b/>
        <w:bCs/>
      </w:rPr>
      <w:tblPr/>
      <w:tcPr>
        <w:tcBorders>
          <w:top w:val="single" w:sz="8" w:space="0" w:color="232323" w:themeColor="accent1"/>
          <w:bottom w:val="single" w:sz="8" w:space="0" w:color="232323"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2"/>
        <w:bottom w:val="single" w:sz="8" w:space="0" w:color="232323"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2"/>
        </w:tcBorders>
      </w:tcPr>
    </w:tblStylePr>
    <w:tblStylePr w:type="lastRow">
      <w:rPr>
        <w:b/>
        <w:bCs/>
        <w:color w:val="66645F"/>
      </w:rPr>
      <w:tblPr/>
      <w:tcPr>
        <w:tcBorders>
          <w:top w:val="single" w:sz="8" w:space="0" w:color="232323" w:themeColor="accent2"/>
          <w:bottom w:val="single" w:sz="8" w:space="0" w:color="232323" w:themeColor="accent2"/>
        </w:tcBorders>
      </w:tcPr>
    </w:tblStylePr>
    <w:tblStylePr w:type="firstCol">
      <w:rPr>
        <w:b/>
        <w:bCs/>
      </w:rPr>
    </w:tblStylePr>
    <w:tblStylePr w:type="lastCol">
      <w:rPr>
        <w:b/>
        <w:bCs/>
      </w:rPr>
      <w:tblPr/>
      <w:tcPr>
        <w:tcBorders>
          <w:top w:val="single" w:sz="8" w:space="0" w:color="232323" w:themeColor="accent2"/>
          <w:bottom w:val="single" w:sz="8" w:space="0" w:color="232323"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3"/>
        <w:bottom w:val="single" w:sz="8" w:space="0" w:color="232323"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3"/>
        </w:tcBorders>
      </w:tcPr>
    </w:tblStylePr>
    <w:tblStylePr w:type="lastRow">
      <w:rPr>
        <w:b/>
        <w:bCs/>
        <w:color w:val="66645F"/>
      </w:rPr>
      <w:tblPr/>
      <w:tcPr>
        <w:tcBorders>
          <w:top w:val="single" w:sz="8" w:space="0" w:color="232323" w:themeColor="accent3"/>
          <w:bottom w:val="single" w:sz="8" w:space="0" w:color="232323" w:themeColor="accent3"/>
        </w:tcBorders>
      </w:tcPr>
    </w:tblStylePr>
    <w:tblStylePr w:type="firstCol">
      <w:rPr>
        <w:b/>
        <w:bCs/>
      </w:rPr>
    </w:tblStylePr>
    <w:tblStylePr w:type="lastCol">
      <w:rPr>
        <w:b/>
        <w:bCs/>
      </w:rPr>
      <w:tblPr/>
      <w:tcPr>
        <w:tcBorders>
          <w:top w:val="single" w:sz="8" w:space="0" w:color="232323" w:themeColor="accent3"/>
          <w:bottom w:val="single" w:sz="8" w:space="0" w:color="232323"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4"/>
        <w:bottom w:val="single" w:sz="8" w:space="0" w:color="232323"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4"/>
        </w:tcBorders>
      </w:tcPr>
    </w:tblStylePr>
    <w:tblStylePr w:type="lastRow">
      <w:rPr>
        <w:b/>
        <w:bCs/>
        <w:color w:val="66645F"/>
      </w:rPr>
      <w:tblPr/>
      <w:tcPr>
        <w:tcBorders>
          <w:top w:val="single" w:sz="8" w:space="0" w:color="232323" w:themeColor="accent4"/>
          <w:bottom w:val="single" w:sz="8" w:space="0" w:color="232323" w:themeColor="accent4"/>
        </w:tcBorders>
      </w:tcPr>
    </w:tblStylePr>
    <w:tblStylePr w:type="firstCol">
      <w:rPr>
        <w:b/>
        <w:bCs/>
      </w:rPr>
    </w:tblStylePr>
    <w:tblStylePr w:type="lastCol">
      <w:rPr>
        <w:b/>
        <w:bCs/>
      </w:rPr>
      <w:tblPr/>
      <w:tcPr>
        <w:tcBorders>
          <w:top w:val="single" w:sz="8" w:space="0" w:color="232323" w:themeColor="accent4"/>
          <w:bottom w:val="single" w:sz="8" w:space="0" w:color="232323"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5"/>
        <w:bottom w:val="single" w:sz="8" w:space="0" w:color="232323"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5"/>
        </w:tcBorders>
      </w:tcPr>
    </w:tblStylePr>
    <w:tblStylePr w:type="lastRow">
      <w:rPr>
        <w:b/>
        <w:bCs/>
        <w:color w:val="66645F"/>
      </w:rPr>
      <w:tblPr/>
      <w:tcPr>
        <w:tcBorders>
          <w:top w:val="single" w:sz="8" w:space="0" w:color="232323" w:themeColor="accent5"/>
          <w:bottom w:val="single" w:sz="8" w:space="0" w:color="232323" w:themeColor="accent5"/>
        </w:tcBorders>
      </w:tcPr>
    </w:tblStylePr>
    <w:tblStylePr w:type="firstCol">
      <w:rPr>
        <w:b/>
        <w:bCs/>
      </w:rPr>
    </w:tblStylePr>
    <w:tblStylePr w:type="lastCol">
      <w:rPr>
        <w:b/>
        <w:bCs/>
      </w:rPr>
      <w:tblPr/>
      <w:tcPr>
        <w:tcBorders>
          <w:top w:val="single" w:sz="8" w:space="0" w:color="232323" w:themeColor="accent5"/>
          <w:bottom w:val="single" w:sz="8" w:space="0" w:color="232323"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232323"/>
    </w:rPr>
    <w:tblPr>
      <w:tblStyleRowBandSize w:val="1"/>
      <w:tblStyleColBandSize w:val="1"/>
      <w:tblInd w:w="0" w:type="dxa"/>
      <w:tblBorders>
        <w:top w:val="single" w:sz="8" w:space="0" w:color="232323" w:themeColor="accent6"/>
        <w:bottom w:val="single" w:sz="8" w:space="0" w:color="232323"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32323" w:themeColor="accent6"/>
        </w:tcBorders>
      </w:tcPr>
    </w:tblStylePr>
    <w:tblStylePr w:type="lastRow">
      <w:rPr>
        <w:b/>
        <w:bCs/>
        <w:color w:val="66645F"/>
      </w:rPr>
      <w:tblPr/>
      <w:tcPr>
        <w:tcBorders>
          <w:top w:val="single" w:sz="8" w:space="0" w:color="232323" w:themeColor="accent6"/>
          <w:bottom w:val="single" w:sz="8" w:space="0" w:color="232323" w:themeColor="accent6"/>
        </w:tcBorders>
      </w:tcPr>
    </w:tblStylePr>
    <w:tblStylePr w:type="firstCol">
      <w:rPr>
        <w:b/>
        <w:bCs/>
      </w:rPr>
    </w:tblStylePr>
    <w:tblStylePr w:type="lastCol">
      <w:rPr>
        <w:b/>
        <w:bCs/>
      </w:rPr>
      <w:tblPr/>
      <w:tcPr>
        <w:tcBorders>
          <w:top w:val="single" w:sz="8" w:space="0" w:color="232323" w:themeColor="accent6"/>
          <w:bottom w:val="single" w:sz="8" w:space="0" w:color="232323" w:themeColor="accent6"/>
        </w:tcBorders>
      </w:tcPr>
    </w:tblStylePr>
    <w:tblStylePr w:type="band1Vert">
      <w:tblPr/>
      <w:tcPr>
        <w:shd w:val="clear" w:color="auto" w:fill="E5E3DE" w:themeFill="accent6" w:themeFillTint="3F"/>
      </w:tcPr>
    </w:tblStylePr>
    <w:tblStylePr w:type="band1Horz">
      <w:tblPr/>
      <w:tcPr>
        <w:shd w:val="clear" w:color="auto" w:fill="E5E3DE"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text1"/>
        <w:left w:val="single" w:sz="8" w:space="0" w:color="232323" w:themeColor="text1"/>
        <w:bottom w:val="single" w:sz="8" w:space="0" w:color="232323" w:themeColor="text1"/>
        <w:right w:val="single" w:sz="8" w:space="0" w:color="232323"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text1"/>
          <w:right w:val="nil"/>
          <w:insideH w:val="nil"/>
          <w:insideV w:val="nil"/>
        </w:tcBorders>
        <w:shd w:val="clear" w:color="auto" w:fill="FFFFFF" w:themeFill="background1"/>
      </w:tcPr>
    </w:tblStylePr>
    <w:tblStylePr w:type="lastRow">
      <w:tblPr/>
      <w:tcPr>
        <w:tcBorders>
          <w:top w:val="single" w:sz="8" w:space="0" w:color="23232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text1"/>
          <w:insideH w:val="nil"/>
          <w:insideV w:val="nil"/>
        </w:tcBorders>
        <w:shd w:val="clear" w:color="auto" w:fill="FFFFFF" w:themeFill="background1"/>
      </w:tcPr>
    </w:tblStylePr>
    <w:tblStylePr w:type="lastCol">
      <w:tblPr/>
      <w:tcPr>
        <w:tcBorders>
          <w:top w:val="nil"/>
          <w:left w:val="single" w:sz="8" w:space="0" w:color="23232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1"/>
        <w:left w:val="single" w:sz="8" w:space="0" w:color="232323" w:themeColor="accent1"/>
        <w:bottom w:val="single" w:sz="8" w:space="0" w:color="232323" w:themeColor="accent1"/>
        <w:right w:val="single" w:sz="8" w:space="0" w:color="232323"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1"/>
          <w:right w:val="nil"/>
          <w:insideH w:val="nil"/>
          <w:insideV w:val="nil"/>
        </w:tcBorders>
        <w:shd w:val="clear" w:color="auto" w:fill="FFFFFF" w:themeFill="background1"/>
      </w:tcPr>
    </w:tblStylePr>
    <w:tblStylePr w:type="lastRow">
      <w:tblPr/>
      <w:tcPr>
        <w:tcBorders>
          <w:top w:val="single" w:sz="8" w:space="0" w:color="23232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1"/>
          <w:insideH w:val="nil"/>
          <w:insideV w:val="nil"/>
        </w:tcBorders>
        <w:shd w:val="clear" w:color="auto" w:fill="FFFFFF" w:themeFill="background1"/>
      </w:tcPr>
    </w:tblStylePr>
    <w:tblStylePr w:type="lastCol">
      <w:tblPr/>
      <w:tcPr>
        <w:tcBorders>
          <w:top w:val="nil"/>
          <w:left w:val="single" w:sz="8" w:space="0" w:color="23232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2"/>
        <w:left w:val="single" w:sz="8" w:space="0" w:color="232323" w:themeColor="accent2"/>
        <w:bottom w:val="single" w:sz="8" w:space="0" w:color="232323" w:themeColor="accent2"/>
        <w:right w:val="single" w:sz="8" w:space="0" w:color="232323"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2"/>
          <w:right w:val="nil"/>
          <w:insideH w:val="nil"/>
          <w:insideV w:val="nil"/>
        </w:tcBorders>
        <w:shd w:val="clear" w:color="auto" w:fill="FFFFFF" w:themeFill="background1"/>
      </w:tcPr>
    </w:tblStylePr>
    <w:tblStylePr w:type="lastRow">
      <w:tblPr/>
      <w:tcPr>
        <w:tcBorders>
          <w:top w:val="single" w:sz="8" w:space="0" w:color="23232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2"/>
          <w:insideH w:val="nil"/>
          <w:insideV w:val="nil"/>
        </w:tcBorders>
        <w:shd w:val="clear" w:color="auto" w:fill="FFFFFF" w:themeFill="background1"/>
      </w:tcPr>
    </w:tblStylePr>
    <w:tblStylePr w:type="lastCol">
      <w:tblPr/>
      <w:tcPr>
        <w:tcBorders>
          <w:top w:val="nil"/>
          <w:left w:val="single" w:sz="8" w:space="0" w:color="23232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3"/>
        <w:left w:val="single" w:sz="8" w:space="0" w:color="232323" w:themeColor="accent3"/>
        <w:bottom w:val="single" w:sz="8" w:space="0" w:color="232323" w:themeColor="accent3"/>
        <w:right w:val="single" w:sz="8" w:space="0" w:color="232323"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3"/>
          <w:right w:val="nil"/>
          <w:insideH w:val="nil"/>
          <w:insideV w:val="nil"/>
        </w:tcBorders>
        <w:shd w:val="clear" w:color="auto" w:fill="FFFFFF" w:themeFill="background1"/>
      </w:tcPr>
    </w:tblStylePr>
    <w:tblStylePr w:type="lastRow">
      <w:tblPr/>
      <w:tcPr>
        <w:tcBorders>
          <w:top w:val="single" w:sz="8" w:space="0" w:color="23232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3"/>
          <w:insideH w:val="nil"/>
          <w:insideV w:val="nil"/>
        </w:tcBorders>
        <w:shd w:val="clear" w:color="auto" w:fill="FFFFFF" w:themeFill="background1"/>
      </w:tcPr>
    </w:tblStylePr>
    <w:tblStylePr w:type="lastCol">
      <w:tblPr/>
      <w:tcPr>
        <w:tcBorders>
          <w:top w:val="nil"/>
          <w:left w:val="single" w:sz="8" w:space="0" w:color="23232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4"/>
        <w:left w:val="single" w:sz="8" w:space="0" w:color="232323" w:themeColor="accent4"/>
        <w:bottom w:val="single" w:sz="8" w:space="0" w:color="232323" w:themeColor="accent4"/>
        <w:right w:val="single" w:sz="8" w:space="0" w:color="232323"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4"/>
          <w:right w:val="nil"/>
          <w:insideH w:val="nil"/>
          <w:insideV w:val="nil"/>
        </w:tcBorders>
        <w:shd w:val="clear" w:color="auto" w:fill="FFFFFF" w:themeFill="background1"/>
      </w:tcPr>
    </w:tblStylePr>
    <w:tblStylePr w:type="lastRow">
      <w:tblPr/>
      <w:tcPr>
        <w:tcBorders>
          <w:top w:val="single" w:sz="8" w:space="0" w:color="23232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4"/>
          <w:insideH w:val="nil"/>
          <w:insideV w:val="nil"/>
        </w:tcBorders>
        <w:shd w:val="clear" w:color="auto" w:fill="FFFFFF" w:themeFill="background1"/>
      </w:tcPr>
    </w:tblStylePr>
    <w:tblStylePr w:type="lastCol">
      <w:tblPr/>
      <w:tcPr>
        <w:tcBorders>
          <w:top w:val="nil"/>
          <w:left w:val="single" w:sz="8" w:space="0" w:color="23232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5"/>
        <w:left w:val="single" w:sz="8" w:space="0" w:color="232323" w:themeColor="accent5"/>
        <w:bottom w:val="single" w:sz="8" w:space="0" w:color="232323" w:themeColor="accent5"/>
        <w:right w:val="single" w:sz="8" w:space="0" w:color="232323"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5"/>
          <w:right w:val="nil"/>
          <w:insideH w:val="nil"/>
          <w:insideV w:val="nil"/>
        </w:tcBorders>
        <w:shd w:val="clear" w:color="auto" w:fill="FFFFFF" w:themeFill="background1"/>
      </w:tcPr>
    </w:tblStylePr>
    <w:tblStylePr w:type="lastRow">
      <w:tblPr/>
      <w:tcPr>
        <w:tcBorders>
          <w:top w:val="single" w:sz="8" w:space="0" w:color="23232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5"/>
          <w:insideH w:val="nil"/>
          <w:insideV w:val="nil"/>
        </w:tcBorders>
        <w:shd w:val="clear" w:color="auto" w:fill="FFFFFF" w:themeFill="background1"/>
      </w:tcPr>
    </w:tblStylePr>
    <w:tblStylePr w:type="lastCol">
      <w:tblPr/>
      <w:tcPr>
        <w:tcBorders>
          <w:top w:val="nil"/>
          <w:left w:val="single" w:sz="8" w:space="0" w:color="23232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6"/>
        <w:left w:val="single" w:sz="8" w:space="0" w:color="232323" w:themeColor="accent6"/>
        <w:bottom w:val="single" w:sz="8" w:space="0" w:color="232323" w:themeColor="accent6"/>
        <w:right w:val="single" w:sz="8" w:space="0" w:color="232323"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232323" w:themeColor="accent6"/>
          <w:right w:val="nil"/>
          <w:insideH w:val="nil"/>
          <w:insideV w:val="nil"/>
        </w:tcBorders>
        <w:shd w:val="clear" w:color="auto" w:fill="FFFFFF" w:themeFill="background1"/>
      </w:tcPr>
    </w:tblStylePr>
    <w:tblStylePr w:type="lastRow">
      <w:tblPr/>
      <w:tcPr>
        <w:tcBorders>
          <w:top w:val="single" w:sz="8" w:space="0" w:color="23232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323" w:themeColor="accent6"/>
          <w:insideH w:val="nil"/>
          <w:insideV w:val="nil"/>
        </w:tcBorders>
        <w:shd w:val="clear" w:color="auto" w:fill="FFFFFF" w:themeFill="background1"/>
      </w:tcPr>
    </w:tblStylePr>
    <w:tblStylePr w:type="lastCol">
      <w:tblPr/>
      <w:tcPr>
        <w:tcBorders>
          <w:top w:val="nil"/>
          <w:left w:val="single" w:sz="8" w:space="0" w:color="23232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3DE" w:themeFill="accent6" w:themeFillTint="3F"/>
      </w:tcPr>
    </w:tblStylePr>
    <w:tblStylePr w:type="band1Horz">
      <w:tblPr/>
      <w:tcPr>
        <w:tcBorders>
          <w:top w:val="nil"/>
          <w:bottom w:val="nil"/>
          <w:insideH w:val="nil"/>
          <w:insideV w:val="nil"/>
        </w:tcBorders>
        <w:shd w:val="clear" w:color="auto" w:fill="E5E3D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66645F" w:themeColor="text1" w:themeTint="BF"/>
        <w:left w:val="single" w:sz="8" w:space="0" w:color="66645F" w:themeColor="text1" w:themeTint="BF"/>
        <w:bottom w:val="single" w:sz="8" w:space="0" w:color="66645F" w:themeColor="text1" w:themeTint="BF"/>
        <w:right w:val="single" w:sz="8" w:space="0" w:color="66645F" w:themeColor="text1" w:themeTint="BF"/>
        <w:insideH w:val="single" w:sz="8" w:space="0" w:color="66645F" w:themeColor="text1" w:themeTint="BF"/>
        <w:insideV w:val="single" w:sz="8" w:space="0" w:color="66645F"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66645F" w:themeColor="text1" w:themeTint="BF"/>
        </w:tcBorders>
      </w:tcPr>
    </w:tblStylePr>
    <w:tblStylePr w:type="firstCol">
      <w:rPr>
        <w:b/>
        <w:bCs/>
      </w:rPr>
    </w:tblStylePr>
    <w:tblStylePr w:type="lastCol">
      <w:rPr>
        <w:b/>
        <w:bCs/>
      </w:rPr>
    </w:tblStylePr>
    <w:tblStylePr w:type="band1Vert">
      <w:tblPr/>
      <w:tcPr>
        <w:shd w:val="clear" w:color="auto" w:fill="66645F" w:themeFill="text1" w:themeFillTint="7F"/>
      </w:tcPr>
    </w:tblStylePr>
    <w:tblStylePr w:type="band1Horz">
      <w:tblPr/>
      <w:tcPr>
        <w:shd w:val="clear" w:color="auto" w:fill="66645F"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232323" w:themeColor="accent1" w:themeTint="BF"/>
        <w:left w:val="single" w:sz="8" w:space="0" w:color="232323" w:themeColor="accent1" w:themeTint="BF"/>
        <w:bottom w:val="single" w:sz="8" w:space="0" w:color="232323" w:themeColor="accent1" w:themeTint="BF"/>
        <w:right w:val="single" w:sz="8" w:space="0" w:color="232323" w:themeColor="accent1" w:themeTint="BF"/>
        <w:insideH w:val="single" w:sz="8" w:space="0" w:color="232323" w:themeColor="accent1" w:themeTint="BF"/>
        <w:insideV w:val="single" w:sz="8" w:space="0" w:color="232323"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232323" w:themeColor="accent1" w:themeTint="BF"/>
        </w:tcBorders>
      </w:tcPr>
    </w:tblStylePr>
    <w:tblStylePr w:type="firstCol">
      <w:rPr>
        <w:b/>
        <w:bCs/>
      </w:rPr>
    </w:tblStylePr>
    <w:tblStylePr w:type="lastCol">
      <w:rPr>
        <w:b/>
        <w:bCs/>
      </w:rPr>
    </w:tblStylePr>
    <w:tblStylePr w:type="band1Vert">
      <w:tblPr/>
      <w:tcPr>
        <w:shd w:val="clear" w:color="auto" w:fill="E5E3DE" w:themeFill="accent1" w:themeFillTint="7F"/>
      </w:tcPr>
    </w:tblStylePr>
    <w:tblStylePr w:type="band1Horz">
      <w:tblPr/>
      <w:tcPr>
        <w:shd w:val="clear" w:color="auto" w:fill="E5E3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232323" w:themeColor="accent2" w:themeTint="BF"/>
        <w:left w:val="single" w:sz="8" w:space="0" w:color="232323" w:themeColor="accent2" w:themeTint="BF"/>
        <w:bottom w:val="single" w:sz="8" w:space="0" w:color="232323" w:themeColor="accent2" w:themeTint="BF"/>
        <w:right w:val="single" w:sz="8" w:space="0" w:color="232323" w:themeColor="accent2" w:themeTint="BF"/>
        <w:insideH w:val="single" w:sz="8" w:space="0" w:color="232323" w:themeColor="accent2" w:themeTint="BF"/>
        <w:insideV w:val="single" w:sz="8" w:space="0" w:color="232323"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232323" w:themeColor="accent2" w:themeTint="BF"/>
        </w:tcBorders>
      </w:tcPr>
    </w:tblStylePr>
    <w:tblStylePr w:type="firstCol">
      <w:rPr>
        <w:b/>
        <w:bCs/>
      </w:rPr>
    </w:tblStylePr>
    <w:tblStylePr w:type="lastCol">
      <w:rPr>
        <w:b/>
        <w:bCs/>
      </w:rPr>
    </w:tblStylePr>
    <w:tblStylePr w:type="band1Vert">
      <w:tblPr/>
      <w:tcPr>
        <w:shd w:val="clear" w:color="auto" w:fill="E5E3DE" w:themeFill="accent2" w:themeFillTint="7F"/>
      </w:tcPr>
    </w:tblStylePr>
    <w:tblStylePr w:type="band1Horz">
      <w:tblPr/>
      <w:tcPr>
        <w:shd w:val="clear" w:color="auto" w:fill="E5E3DE"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232323" w:themeColor="accent3" w:themeTint="BF"/>
        <w:left w:val="single" w:sz="8" w:space="0" w:color="232323" w:themeColor="accent3" w:themeTint="BF"/>
        <w:bottom w:val="single" w:sz="8" w:space="0" w:color="232323" w:themeColor="accent3" w:themeTint="BF"/>
        <w:right w:val="single" w:sz="8" w:space="0" w:color="232323" w:themeColor="accent3" w:themeTint="BF"/>
        <w:insideH w:val="single" w:sz="8" w:space="0" w:color="232323" w:themeColor="accent3" w:themeTint="BF"/>
        <w:insideV w:val="single" w:sz="8" w:space="0" w:color="232323"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232323" w:themeColor="accent3" w:themeTint="BF"/>
        </w:tcBorders>
      </w:tcPr>
    </w:tblStylePr>
    <w:tblStylePr w:type="firstCol">
      <w:rPr>
        <w:b/>
        <w:bCs/>
      </w:rPr>
    </w:tblStylePr>
    <w:tblStylePr w:type="lastCol">
      <w:rPr>
        <w:b/>
        <w:bCs/>
      </w:rPr>
    </w:tblStylePr>
    <w:tblStylePr w:type="band1Vert">
      <w:tblPr/>
      <w:tcPr>
        <w:shd w:val="clear" w:color="auto" w:fill="E5E3DE" w:themeFill="accent3" w:themeFillTint="7F"/>
      </w:tcPr>
    </w:tblStylePr>
    <w:tblStylePr w:type="band1Horz">
      <w:tblPr/>
      <w:tcPr>
        <w:shd w:val="clear" w:color="auto" w:fill="E5E3DE"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232323" w:themeColor="accent4" w:themeTint="BF"/>
        <w:left w:val="single" w:sz="8" w:space="0" w:color="232323" w:themeColor="accent4" w:themeTint="BF"/>
        <w:bottom w:val="single" w:sz="8" w:space="0" w:color="232323" w:themeColor="accent4" w:themeTint="BF"/>
        <w:right w:val="single" w:sz="8" w:space="0" w:color="232323" w:themeColor="accent4" w:themeTint="BF"/>
        <w:insideH w:val="single" w:sz="8" w:space="0" w:color="232323" w:themeColor="accent4" w:themeTint="BF"/>
        <w:insideV w:val="single" w:sz="8" w:space="0" w:color="232323"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232323"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232323" w:themeColor="accent5" w:themeTint="BF"/>
        <w:left w:val="single" w:sz="8" w:space="0" w:color="232323" w:themeColor="accent5" w:themeTint="BF"/>
        <w:bottom w:val="single" w:sz="8" w:space="0" w:color="232323" w:themeColor="accent5" w:themeTint="BF"/>
        <w:right w:val="single" w:sz="8" w:space="0" w:color="232323" w:themeColor="accent5" w:themeTint="BF"/>
        <w:insideH w:val="single" w:sz="8" w:space="0" w:color="232323" w:themeColor="accent5" w:themeTint="BF"/>
        <w:insideV w:val="single" w:sz="8" w:space="0" w:color="232323"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232323" w:themeColor="accent5" w:themeTint="BF"/>
        </w:tcBorders>
      </w:tcPr>
    </w:tblStylePr>
    <w:tblStylePr w:type="firstCol">
      <w:rPr>
        <w:b/>
        <w:bCs/>
      </w:rPr>
    </w:tblStylePr>
    <w:tblStylePr w:type="lastCol">
      <w:rPr>
        <w:b/>
        <w:bCs/>
      </w:rPr>
    </w:tblStylePr>
    <w:tblStylePr w:type="band1Vert">
      <w:tblPr/>
      <w:tcPr>
        <w:shd w:val="clear" w:color="auto" w:fill="E5E3DE" w:themeFill="accent5" w:themeFillTint="7F"/>
      </w:tcPr>
    </w:tblStylePr>
    <w:tblStylePr w:type="band1Horz">
      <w:tblPr/>
      <w:tcPr>
        <w:shd w:val="clear" w:color="auto" w:fill="E5E3DE"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232323" w:themeColor="accent6" w:themeTint="BF"/>
        <w:left w:val="single" w:sz="8" w:space="0" w:color="232323" w:themeColor="accent6" w:themeTint="BF"/>
        <w:bottom w:val="single" w:sz="8" w:space="0" w:color="232323" w:themeColor="accent6" w:themeTint="BF"/>
        <w:right w:val="single" w:sz="8" w:space="0" w:color="232323" w:themeColor="accent6" w:themeTint="BF"/>
        <w:insideH w:val="single" w:sz="8" w:space="0" w:color="232323" w:themeColor="accent6" w:themeTint="BF"/>
        <w:insideV w:val="single" w:sz="8" w:space="0" w:color="232323" w:themeColor="accent6" w:themeTint="BF"/>
      </w:tblBorders>
      <w:tblCellMar>
        <w:top w:w="0" w:type="dxa"/>
        <w:left w:w="108" w:type="dxa"/>
        <w:bottom w:w="0" w:type="dxa"/>
        <w:right w:w="108" w:type="dxa"/>
      </w:tblCellMar>
    </w:tblPr>
    <w:tcPr>
      <w:shd w:val="clear" w:color="auto" w:fill="E5E3DE" w:themeFill="accent6" w:themeFillTint="3F"/>
    </w:tcPr>
    <w:tblStylePr w:type="firstRow">
      <w:rPr>
        <w:b/>
        <w:bCs/>
      </w:rPr>
    </w:tblStylePr>
    <w:tblStylePr w:type="lastRow">
      <w:rPr>
        <w:b/>
        <w:bCs/>
      </w:rPr>
      <w:tblPr/>
      <w:tcPr>
        <w:tcBorders>
          <w:top w:val="single" w:sz="18" w:space="0" w:color="232323" w:themeColor="accent6" w:themeTint="BF"/>
        </w:tcBorders>
      </w:tcPr>
    </w:tblStylePr>
    <w:tblStylePr w:type="firstCol">
      <w:rPr>
        <w:b/>
        <w:bCs/>
      </w:rPr>
    </w:tblStylePr>
    <w:tblStylePr w:type="lastCol">
      <w:rPr>
        <w:b/>
        <w:bCs/>
      </w:rPr>
    </w:tblStylePr>
    <w:tblStylePr w:type="band1Vert">
      <w:tblPr/>
      <w:tcPr>
        <w:shd w:val="clear" w:color="auto" w:fill="E5E3DE" w:themeFill="accent6" w:themeFillTint="7F"/>
      </w:tcPr>
    </w:tblStylePr>
    <w:tblStylePr w:type="band1Horz">
      <w:tblPr/>
      <w:tcPr>
        <w:shd w:val="clear" w:color="auto" w:fill="E5E3DE"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text1"/>
        <w:left w:val="single" w:sz="8" w:space="0" w:color="232323" w:themeColor="text1"/>
        <w:bottom w:val="single" w:sz="8" w:space="0" w:color="232323" w:themeColor="text1"/>
        <w:right w:val="single" w:sz="8" w:space="0" w:color="232323" w:themeColor="text1"/>
        <w:insideH w:val="single" w:sz="8" w:space="0" w:color="232323" w:themeColor="text1"/>
        <w:insideV w:val="single" w:sz="8" w:space="0" w:color="232323" w:themeColor="text1"/>
      </w:tblBorders>
      <w:tblCellMar>
        <w:top w:w="0" w:type="dxa"/>
        <w:left w:w="108" w:type="dxa"/>
        <w:bottom w:w="0" w:type="dxa"/>
        <w:right w:w="108" w:type="dxa"/>
      </w:tblCellMar>
    </w:tblPr>
    <w:tcPr>
      <w:shd w:val="clear" w:color="auto" w:fill="C0C0C0" w:themeFill="text1" w:themeFillTint="3F"/>
    </w:tcPr>
    <w:tblStylePr w:type="firstRow">
      <w:rPr>
        <w:b/>
        <w:bCs/>
        <w:color w:val="232323"/>
      </w:rPr>
      <w:tblPr/>
      <w:tcPr>
        <w:shd w:val="clear" w:color="auto" w:fill="E6E6E6" w:themeFill="text1"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66645F" w:themeFill="text1" w:themeFillTint="7F"/>
      </w:tcPr>
    </w:tblStylePr>
    <w:tblStylePr w:type="band1Horz">
      <w:tblPr/>
      <w:tcPr>
        <w:tcBorders>
          <w:insideH w:val="single" w:sz="6" w:space="0" w:color="232323" w:themeColor="text1"/>
          <w:insideV w:val="single" w:sz="6" w:space="0" w:color="232323" w:themeColor="text1"/>
        </w:tcBorders>
        <w:shd w:val="clear" w:color="auto" w:fill="66645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1"/>
        <w:left w:val="single" w:sz="8" w:space="0" w:color="232323" w:themeColor="accent1"/>
        <w:bottom w:val="single" w:sz="8" w:space="0" w:color="232323" w:themeColor="accent1"/>
        <w:right w:val="single" w:sz="8" w:space="0" w:color="232323" w:themeColor="accent1"/>
        <w:insideH w:val="single" w:sz="8" w:space="0" w:color="232323" w:themeColor="accent1"/>
        <w:insideV w:val="single" w:sz="8" w:space="0" w:color="232323"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232323"/>
      </w:rPr>
      <w:tblPr/>
      <w:tcPr>
        <w:shd w:val="clear" w:color="auto" w:fill="EDF2F8" w:themeFill="accent1"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E5E3DE" w:themeFill="accent1" w:themeFillTint="7F"/>
      </w:tcPr>
    </w:tblStylePr>
    <w:tblStylePr w:type="band1Horz">
      <w:tblPr/>
      <w:tcPr>
        <w:tcBorders>
          <w:insideH w:val="single" w:sz="6" w:space="0" w:color="232323" w:themeColor="accent1"/>
          <w:insideV w:val="single" w:sz="6" w:space="0" w:color="232323" w:themeColor="accent1"/>
        </w:tcBorders>
        <w:shd w:val="clear" w:color="auto" w:fill="E5E3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2"/>
        <w:left w:val="single" w:sz="8" w:space="0" w:color="232323" w:themeColor="accent2"/>
        <w:bottom w:val="single" w:sz="8" w:space="0" w:color="232323" w:themeColor="accent2"/>
        <w:right w:val="single" w:sz="8" w:space="0" w:color="232323" w:themeColor="accent2"/>
        <w:insideH w:val="single" w:sz="8" w:space="0" w:color="232323" w:themeColor="accent2"/>
        <w:insideV w:val="single" w:sz="8" w:space="0" w:color="232323"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232323"/>
      </w:rPr>
      <w:tblPr/>
      <w:tcPr>
        <w:shd w:val="clear" w:color="auto" w:fill="F8EDED" w:themeFill="accent2"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E5E3DE" w:themeFill="accent2" w:themeFillTint="7F"/>
      </w:tcPr>
    </w:tblStylePr>
    <w:tblStylePr w:type="band1Horz">
      <w:tblPr/>
      <w:tcPr>
        <w:tcBorders>
          <w:insideH w:val="single" w:sz="6" w:space="0" w:color="232323" w:themeColor="accent2"/>
          <w:insideV w:val="single" w:sz="6" w:space="0" w:color="232323" w:themeColor="accent2"/>
        </w:tcBorders>
        <w:shd w:val="clear" w:color="auto" w:fill="E5E3D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3"/>
        <w:left w:val="single" w:sz="8" w:space="0" w:color="232323" w:themeColor="accent3"/>
        <w:bottom w:val="single" w:sz="8" w:space="0" w:color="232323" w:themeColor="accent3"/>
        <w:right w:val="single" w:sz="8" w:space="0" w:color="232323" w:themeColor="accent3"/>
        <w:insideH w:val="single" w:sz="8" w:space="0" w:color="232323" w:themeColor="accent3"/>
        <w:insideV w:val="single" w:sz="8" w:space="0" w:color="232323"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232323"/>
      </w:rPr>
      <w:tblPr/>
      <w:tcPr>
        <w:shd w:val="clear" w:color="auto" w:fill="F5F8EE" w:themeFill="accent3"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E5E3DE" w:themeFill="accent3" w:themeFillTint="7F"/>
      </w:tcPr>
    </w:tblStylePr>
    <w:tblStylePr w:type="band1Horz">
      <w:tblPr/>
      <w:tcPr>
        <w:tcBorders>
          <w:insideH w:val="single" w:sz="6" w:space="0" w:color="232323" w:themeColor="accent3"/>
          <w:insideV w:val="single" w:sz="6" w:space="0" w:color="232323" w:themeColor="accent3"/>
        </w:tcBorders>
        <w:shd w:val="clear" w:color="auto" w:fill="E5E3D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4"/>
        <w:left w:val="single" w:sz="8" w:space="0" w:color="232323" w:themeColor="accent4"/>
        <w:bottom w:val="single" w:sz="8" w:space="0" w:color="232323" w:themeColor="accent4"/>
        <w:right w:val="single" w:sz="8" w:space="0" w:color="232323" w:themeColor="accent4"/>
        <w:insideH w:val="single" w:sz="8" w:space="0" w:color="232323" w:themeColor="accent4"/>
        <w:insideV w:val="single" w:sz="8" w:space="0" w:color="232323"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232323"/>
      </w:rPr>
      <w:tblPr/>
      <w:tcPr>
        <w:shd w:val="clear" w:color="auto" w:fill="F2EFF6" w:themeFill="accent4"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232323" w:themeColor="accent4"/>
          <w:insideV w:val="single" w:sz="6" w:space="0" w:color="232323"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5"/>
        <w:left w:val="single" w:sz="8" w:space="0" w:color="232323" w:themeColor="accent5"/>
        <w:bottom w:val="single" w:sz="8" w:space="0" w:color="232323" w:themeColor="accent5"/>
        <w:right w:val="single" w:sz="8" w:space="0" w:color="232323" w:themeColor="accent5"/>
        <w:insideH w:val="single" w:sz="8" w:space="0" w:color="232323" w:themeColor="accent5"/>
        <w:insideV w:val="single" w:sz="8" w:space="0" w:color="232323"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232323"/>
      </w:rPr>
      <w:tblPr/>
      <w:tcPr>
        <w:shd w:val="clear" w:color="auto" w:fill="EDF6F9" w:themeFill="accent5"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E5E3DE" w:themeFill="accent5" w:themeFillTint="7F"/>
      </w:tcPr>
    </w:tblStylePr>
    <w:tblStylePr w:type="band1Horz">
      <w:tblPr/>
      <w:tcPr>
        <w:tcBorders>
          <w:insideH w:val="single" w:sz="6" w:space="0" w:color="232323" w:themeColor="accent5"/>
          <w:insideV w:val="single" w:sz="6" w:space="0" w:color="232323" w:themeColor="accent5"/>
        </w:tcBorders>
        <w:shd w:val="clear" w:color="auto" w:fill="E5E3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232323"/>
    </w:rPr>
    <w:tblPr>
      <w:tblStyleRowBandSize w:val="1"/>
      <w:tblStyleColBandSize w:val="1"/>
      <w:tblInd w:w="0" w:type="dxa"/>
      <w:tblBorders>
        <w:top w:val="single" w:sz="8" w:space="0" w:color="232323" w:themeColor="accent6"/>
        <w:left w:val="single" w:sz="8" w:space="0" w:color="232323" w:themeColor="accent6"/>
        <w:bottom w:val="single" w:sz="8" w:space="0" w:color="232323" w:themeColor="accent6"/>
        <w:right w:val="single" w:sz="8" w:space="0" w:color="232323" w:themeColor="accent6"/>
        <w:insideH w:val="single" w:sz="8" w:space="0" w:color="232323" w:themeColor="accent6"/>
        <w:insideV w:val="single" w:sz="8" w:space="0" w:color="232323" w:themeColor="accent6"/>
      </w:tblBorders>
      <w:tblCellMar>
        <w:top w:w="0" w:type="dxa"/>
        <w:left w:w="108" w:type="dxa"/>
        <w:bottom w:w="0" w:type="dxa"/>
        <w:right w:w="108" w:type="dxa"/>
      </w:tblCellMar>
    </w:tblPr>
    <w:tcPr>
      <w:shd w:val="clear" w:color="auto" w:fill="E5E3DE" w:themeFill="accent6" w:themeFillTint="3F"/>
    </w:tcPr>
    <w:tblStylePr w:type="firstRow">
      <w:rPr>
        <w:b/>
        <w:bCs/>
        <w:color w:val="232323"/>
      </w:rPr>
      <w:tblPr/>
      <w:tcPr>
        <w:shd w:val="clear" w:color="auto" w:fill="FEF4EC" w:themeFill="accent6" w:themeFillTint="19"/>
      </w:tcPr>
    </w:tblStylePr>
    <w:tblStylePr w:type="lastRow">
      <w:rPr>
        <w:b/>
        <w:bCs/>
        <w:color w:val="232323"/>
      </w:rPr>
      <w:tblPr/>
      <w:tcPr>
        <w:tcBorders>
          <w:top w:val="single" w:sz="12" w:space="0" w:color="232323" w:themeColor="text1"/>
          <w:left w:val="nil"/>
          <w:bottom w:val="nil"/>
          <w:right w:val="nil"/>
          <w:insideH w:val="nil"/>
          <w:insideV w:val="nil"/>
        </w:tcBorders>
        <w:shd w:val="clear" w:color="auto" w:fill="FFFFFF" w:themeFill="background1"/>
      </w:tcPr>
    </w:tblStylePr>
    <w:tblStylePr w:type="firstCol">
      <w:rPr>
        <w:b/>
        <w:bCs/>
        <w:color w:val="232323"/>
      </w:rPr>
      <w:tblPr/>
      <w:tcPr>
        <w:tcBorders>
          <w:top w:val="nil"/>
          <w:left w:val="nil"/>
          <w:bottom w:val="nil"/>
          <w:right w:val="nil"/>
          <w:insideH w:val="nil"/>
          <w:insideV w:val="nil"/>
        </w:tcBorders>
        <w:shd w:val="clear" w:color="auto" w:fill="FFFFFF" w:themeFill="background1"/>
      </w:tcPr>
    </w:tblStylePr>
    <w:tblStylePr w:type="lastCol">
      <w:rPr>
        <w:b w:val="0"/>
        <w:bCs w:val="0"/>
        <w:color w:val="232323"/>
      </w:rPr>
      <w:tblPr/>
      <w:tcPr>
        <w:tcBorders>
          <w:top w:val="nil"/>
          <w:left w:val="nil"/>
          <w:bottom w:val="nil"/>
          <w:right w:val="nil"/>
          <w:insideH w:val="nil"/>
          <w:insideV w:val="nil"/>
        </w:tcBorders>
        <w:shd w:val="clear" w:color="auto" w:fill="E5E3DE" w:themeFill="accent6" w:themeFillTint="33"/>
      </w:tcPr>
    </w:tblStylePr>
    <w:tblStylePr w:type="band1Vert">
      <w:tblPr/>
      <w:tcPr>
        <w:shd w:val="clear" w:color="auto" w:fill="E5E3DE" w:themeFill="accent6" w:themeFillTint="7F"/>
      </w:tcPr>
    </w:tblStylePr>
    <w:tblStylePr w:type="band1Horz">
      <w:tblPr/>
      <w:tcPr>
        <w:tcBorders>
          <w:insideH w:val="single" w:sz="6" w:space="0" w:color="232323" w:themeColor="accent6"/>
          <w:insideV w:val="single" w:sz="6" w:space="0" w:color="232323" w:themeColor="accent6"/>
        </w:tcBorders>
        <w:shd w:val="clear" w:color="auto" w:fill="E5E3D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323"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323"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232323"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23232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645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645F"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3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3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3D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3DE"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3D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3DE"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3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3DE"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5E3DE"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3DE"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3DE"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E5E3DE"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E5E3D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3D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3DE"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232323"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232323"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32323"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32323" w:themeFill="text1" w:themeFillShade="BF"/>
      </w:tcPr>
    </w:tblStylePr>
    <w:tblStylePr w:type="band1Vert">
      <w:tblPr/>
      <w:tcPr>
        <w:tcBorders>
          <w:top w:val="nil"/>
          <w:left w:val="nil"/>
          <w:bottom w:val="nil"/>
          <w:right w:val="nil"/>
          <w:insideH w:val="nil"/>
          <w:insideV w:val="nil"/>
        </w:tcBorders>
        <w:shd w:val="clear" w:color="auto" w:fill="232323" w:themeFill="text1" w:themeFillShade="BF"/>
      </w:tcPr>
    </w:tblStylePr>
    <w:tblStylePr w:type="band1Horz">
      <w:tblPr/>
      <w:tcPr>
        <w:tcBorders>
          <w:top w:val="nil"/>
          <w:left w:val="nil"/>
          <w:bottom w:val="nil"/>
          <w:right w:val="nil"/>
          <w:insideH w:val="nil"/>
          <w:insideV w:val="nil"/>
        </w:tcBorders>
        <w:shd w:val="clear" w:color="auto" w:fill="232323"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2323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1" w:themeFillShade="BF"/>
      </w:tcPr>
    </w:tblStylePr>
    <w:tblStylePr w:type="band1Vert">
      <w:tblPr/>
      <w:tcPr>
        <w:tcBorders>
          <w:top w:val="nil"/>
          <w:left w:val="nil"/>
          <w:bottom w:val="nil"/>
          <w:right w:val="nil"/>
          <w:insideH w:val="nil"/>
          <w:insideV w:val="nil"/>
        </w:tcBorders>
        <w:shd w:val="clear" w:color="auto" w:fill="E5E3DE" w:themeFill="accent1" w:themeFillShade="BF"/>
      </w:tcPr>
    </w:tblStylePr>
    <w:tblStylePr w:type="band1Horz">
      <w:tblPr/>
      <w:tcPr>
        <w:tcBorders>
          <w:top w:val="nil"/>
          <w:left w:val="nil"/>
          <w:bottom w:val="nil"/>
          <w:right w:val="nil"/>
          <w:insideH w:val="nil"/>
          <w:insideV w:val="nil"/>
        </w:tcBorders>
        <w:shd w:val="clear" w:color="auto" w:fill="E5E3DE"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E5E3D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2" w:themeFillShade="BF"/>
      </w:tcPr>
    </w:tblStylePr>
    <w:tblStylePr w:type="band1Vert">
      <w:tblPr/>
      <w:tcPr>
        <w:tcBorders>
          <w:top w:val="nil"/>
          <w:left w:val="nil"/>
          <w:bottom w:val="nil"/>
          <w:right w:val="nil"/>
          <w:insideH w:val="nil"/>
          <w:insideV w:val="nil"/>
        </w:tcBorders>
        <w:shd w:val="clear" w:color="auto" w:fill="E5E3DE" w:themeFill="accent2" w:themeFillShade="BF"/>
      </w:tcPr>
    </w:tblStylePr>
    <w:tblStylePr w:type="band1Horz">
      <w:tblPr/>
      <w:tcPr>
        <w:tcBorders>
          <w:top w:val="nil"/>
          <w:left w:val="nil"/>
          <w:bottom w:val="nil"/>
          <w:right w:val="nil"/>
          <w:insideH w:val="nil"/>
          <w:insideV w:val="nil"/>
        </w:tcBorders>
        <w:shd w:val="clear" w:color="auto" w:fill="E5E3DE"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E5E3D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3" w:themeFillShade="BF"/>
      </w:tcPr>
    </w:tblStylePr>
    <w:tblStylePr w:type="band1Vert">
      <w:tblPr/>
      <w:tcPr>
        <w:tcBorders>
          <w:top w:val="nil"/>
          <w:left w:val="nil"/>
          <w:bottom w:val="nil"/>
          <w:right w:val="nil"/>
          <w:insideH w:val="nil"/>
          <w:insideV w:val="nil"/>
        </w:tcBorders>
        <w:shd w:val="clear" w:color="auto" w:fill="E5E3DE" w:themeFill="accent3" w:themeFillShade="BF"/>
      </w:tcPr>
    </w:tblStylePr>
    <w:tblStylePr w:type="band1Horz">
      <w:tblPr/>
      <w:tcPr>
        <w:tcBorders>
          <w:top w:val="nil"/>
          <w:left w:val="nil"/>
          <w:bottom w:val="nil"/>
          <w:right w:val="nil"/>
          <w:insideH w:val="nil"/>
          <w:insideV w:val="nil"/>
        </w:tcBorders>
        <w:shd w:val="clear" w:color="auto" w:fill="E5E3DE"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4" w:themeFillShade="BF"/>
      </w:tcPr>
    </w:tblStylePr>
    <w:tblStylePr w:type="band1Vert">
      <w:tblPr/>
      <w:tcPr>
        <w:tcBorders>
          <w:top w:val="nil"/>
          <w:left w:val="nil"/>
          <w:bottom w:val="nil"/>
          <w:right w:val="nil"/>
          <w:insideH w:val="nil"/>
          <w:insideV w:val="nil"/>
        </w:tcBorders>
        <w:shd w:val="clear" w:color="auto" w:fill="E5E3DE" w:themeFill="accent4" w:themeFillShade="BF"/>
      </w:tcPr>
    </w:tblStylePr>
    <w:tblStylePr w:type="band1Horz">
      <w:tblPr/>
      <w:tcPr>
        <w:tcBorders>
          <w:top w:val="nil"/>
          <w:left w:val="nil"/>
          <w:bottom w:val="nil"/>
          <w:right w:val="nil"/>
          <w:insideH w:val="nil"/>
          <w:insideV w:val="nil"/>
        </w:tcBorders>
        <w:shd w:val="clear" w:color="auto" w:fill="E5E3DE"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E5E3D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5" w:themeFillShade="BF"/>
      </w:tcPr>
    </w:tblStylePr>
    <w:tblStylePr w:type="band1Vert">
      <w:tblPr/>
      <w:tcPr>
        <w:tcBorders>
          <w:top w:val="nil"/>
          <w:left w:val="nil"/>
          <w:bottom w:val="nil"/>
          <w:right w:val="nil"/>
          <w:insideH w:val="nil"/>
          <w:insideV w:val="nil"/>
        </w:tcBorders>
        <w:shd w:val="clear" w:color="auto" w:fill="E5E3DE" w:themeFill="accent5" w:themeFillShade="BF"/>
      </w:tcPr>
    </w:tblStylePr>
    <w:tblStylePr w:type="band1Horz">
      <w:tblPr/>
      <w:tcPr>
        <w:tcBorders>
          <w:top w:val="nil"/>
          <w:left w:val="nil"/>
          <w:bottom w:val="nil"/>
          <w:right w:val="nil"/>
          <w:insideH w:val="nil"/>
          <w:insideV w:val="nil"/>
        </w:tcBorders>
        <w:shd w:val="clear" w:color="auto" w:fill="E5E3DE"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E5E3D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323" w:themeFill="text1"/>
      </w:tcPr>
    </w:tblStylePr>
    <w:tblStylePr w:type="lastRow">
      <w:tblPr/>
      <w:tcPr>
        <w:tcBorders>
          <w:top w:val="single" w:sz="18" w:space="0" w:color="FFFFFF" w:themeColor="background1"/>
          <w:left w:val="nil"/>
          <w:bottom w:val="nil"/>
          <w:right w:val="nil"/>
          <w:insideH w:val="nil"/>
          <w:insideV w:val="nil"/>
        </w:tcBorders>
        <w:shd w:val="clear" w:color="auto" w:fill="E5E3D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5E3DE"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5E3DE" w:themeFill="accent6" w:themeFillShade="BF"/>
      </w:tcPr>
    </w:tblStylePr>
    <w:tblStylePr w:type="band1Vert">
      <w:tblPr/>
      <w:tcPr>
        <w:tcBorders>
          <w:top w:val="nil"/>
          <w:left w:val="nil"/>
          <w:bottom w:val="nil"/>
          <w:right w:val="nil"/>
          <w:insideH w:val="nil"/>
          <w:insideV w:val="nil"/>
        </w:tcBorders>
        <w:shd w:val="clear" w:color="auto" w:fill="E5E3DE" w:themeFill="accent6" w:themeFillShade="BF"/>
      </w:tcPr>
    </w:tblStylePr>
    <w:tblStylePr w:type="band1Horz">
      <w:tblPr/>
      <w:tcPr>
        <w:tcBorders>
          <w:top w:val="nil"/>
          <w:left w:val="nil"/>
          <w:bottom w:val="nil"/>
          <w:right w:val="nil"/>
          <w:insideH w:val="nil"/>
          <w:insideV w:val="nil"/>
        </w:tcBorders>
        <w:shd w:val="clear" w:color="auto" w:fill="E5E3DE" w:themeFill="accent6" w:themeFillShade="BF"/>
      </w:tcPr>
    </w:tblStylePr>
  </w:style>
  <w:style w:type="table" w:styleId="ColorfulShading">
    <w:name w:val="Colorful Shading"/>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2"/>
        <w:left w:val="single" w:sz="4" w:space="0" w:color="232323" w:themeColor="text1"/>
        <w:bottom w:val="single" w:sz="4" w:space="0" w:color="232323" w:themeColor="text1"/>
        <w:right w:val="single" w:sz="4" w:space="0" w:color="232323"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232323"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32323" w:themeFill="text1" w:themeFillShade="99"/>
      </w:tcPr>
    </w:tblStylePr>
    <w:tblStylePr w:type="firstCol">
      <w:rPr>
        <w:color w:val="FFFFFF"/>
      </w:rPr>
      <w:tblPr/>
      <w:tcPr>
        <w:tcBorders>
          <w:top w:val="nil"/>
          <w:left w:val="nil"/>
          <w:bottom w:val="nil"/>
          <w:right w:val="nil"/>
          <w:insideH w:val="single" w:sz="4" w:space="0" w:color="232323" w:themeColor="text1" w:themeShade="99"/>
          <w:insideV w:val="nil"/>
        </w:tcBorders>
        <w:shd w:val="clear" w:color="auto" w:fill="232323" w:themeFill="text1" w:themeFillShade="99"/>
      </w:tcPr>
    </w:tblStylePr>
    <w:tblStylePr w:type="lastCol">
      <w:rPr>
        <w:color w:val="FFFFFF"/>
      </w:rPr>
      <w:tblPr/>
      <w:tcPr>
        <w:tcBorders>
          <w:top w:val="nil"/>
          <w:left w:val="nil"/>
          <w:bottom w:val="nil"/>
          <w:right w:val="nil"/>
          <w:insideH w:val="nil"/>
          <w:insideV w:val="nil"/>
        </w:tcBorders>
        <w:shd w:val="clear" w:color="auto" w:fill="232323" w:themeFill="text1" w:themeFillShade="BF"/>
      </w:tcPr>
    </w:tblStylePr>
    <w:tblStylePr w:type="band1Vert">
      <w:tblPr/>
      <w:tcPr>
        <w:shd w:val="clear" w:color="auto" w:fill="999999" w:themeFill="text1" w:themeFillTint="66"/>
      </w:tcPr>
    </w:tblStylePr>
    <w:tblStylePr w:type="band1Horz">
      <w:tblPr/>
      <w:tcPr>
        <w:shd w:val="clear" w:color="auto" w:fill="66645F" w:themeFill="text1" w:themeFillTint="7F"/>
      </w:tcPr>
    </w:tblStylePr>
    <w:tblStylePr w:type="neCell">
      <w:rPr>
        <w:color w:val="232323"/>
      </w:rPr>
    </w:tblStylePr>
    <w:tblStylePr w:type="nwCell">
      <w:rPr>
        <w:color w:val="232323"/>
      </w:rPr>
    </w:tblStylePr>
  </w:style>
  <w:style w:type="table" w:styleId="ColorfulShading-Accent1">
    <w:name w:val="Colorful Shading Accent 1"/>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2"/>
        <w:left w:val="single" w:sz="4" w:space="0" w:color="232323" w:themeColor="accent1"/>
        <w:bottom w:val="single" w:sz="4" w:space="0" w:color="232323" w:themeColor="accent1"/>
        <w:right w:val="single" w:sz="4" w:space="0" w:color="232323"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232323"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1" w:themeFillShade="99"/>
      </w:tcPr>
    </w:tblStylePr>
    <w:tblStylePr w:type="firstCol">
      <w:rPr>
        <w:color w:val="FFFFFF"/>
      </w:rPr>
      <w:tblPr/>
      <w:tcPr>
        <w:tcBorders>
          <w:top w:val="nil"/>
          <w:left w:val="nil"/>
          <w:bottom w:val="nil"/>
          <w:right w:val="nil"/>
          <w:insideH w:val="single" w:sz="4" w:space="0" w:color="232323" w:themeColor="accent1" w:themeShade="99"/>
          <w:insideV w:val="nil"/>
        </w:tcBorders>
        <w:shd w:val="clear" w:color="auto" w:fill="E5E3DE" w:themeFill="accent1" w:themeFillShade="99"/>
      </w:tcPr>
    </w:tblStylePr>
    <w:tblStylePr w:type="lastCol">
      <w:rPr>
        <w:color w:val="FFFFFF"/>
      </w:rPr>
      <w:tblPr/>
      <w:tcPr>
        <w:tcBorders>
          <w:top w:val="nil"/>
          <w:left w:val="nil"/>
          <w:bottom w:val="nil"/>
          <w:right w:val="nil"/>
          <w:insideH w:val="nil"/>
          <w:insideV w:val="nil"/>
        </w:tcBorders>
        <w:shd w:val="clear" w:color="auto" w:fill="E5E3DE" w:themeFill="accent1" w:themeFillShade="99"/>
      </w:tcPr>
    </w:tblStylePr>
    <w:tblStylePr w:type="band1Vert">
      <w:tblPr/>
      <w:tcPr>
        <w:shd w:val="clear" w:color="auto" w:fill="E5E3DE" w:themeFill="accent1" w:themeFillTint="66"/>
      </w:tcPr>
    </w:tblStylePr>
    <w:tblStylePr w:type="band1Horz">
      <w:tblPr/>
      <w:tcPr>
        <w:shd w:val="clear" w:color="auto" w:fill="E5E3DE" w:themeFill="accent1" w:themeFillTint="7F"/>
      </w:tcPr>
    </w:tblStylePr>
    <w:tblStylePr w:type="neCell">
      <w:rPr>
        <w:color w:val="232323"/>
      </w:rPr>
    </w:tblStylePr>
    <w:tblStylePr w:type="nwCell">
      <w:rPr>
        <w:color w:val="232323"/>
      </w:rPr>
    </w:tblStylePr>
  </w:style>
  <w:style w:type="table" w:styleId="ColorfulShading-Accent2">
    <w:name w:val="Colorful Shading Accent 2"/>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2"/>
        <w:left w:val="single" w:sz="4" w:space="0" w:color="232323" w:themeColor="accent2"/>
        <w:bottom w:val="single" w:sz="4" w:space="0" w:color="232323" w:themeColor="accent2"/>
        <w:right w:val="single" w:sz="4" w:space="0" w:color="232323"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232323"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2" w:themeFillShade="99"/>
      </w:tcPr>
    </w:tblStylePr>
    <w:tblStylePr w:type="firstCol">
      <w:rPr>
        <w:color w:val="FFFFFF"/>
      </w:rPr>
      <w:tblPr/>
      <w:tcPr>
        <w:tcBorders>
          <w:top w:val="nil"/>
          <w:left w:val="nil"/>
          <w:bottom w:val="nil"/>
          <w:right w:val="nil"/>
          <w:insideH w:val="single" w:sz="4" w:space="0" w:color="232323" w:themeColor="accent2" w:themeShade="99"/>
          <w:insideV w:val="nil"/>
        </w:tcBorders>
        <w:shd w:val="clear" w:color="auto" w:fill="E5E3DE" w:themeFill="accent2" w:themeFillShade="99"/>
      </w:tcPr>
    </w:tblStylePr>
    <w:tblStylePr w:type="lastCol">
      <w:rPr>
        <w:color w:val="FFFFFF"/>
      </w:rPr>
      <w:tblPr/>
      <w:tcPr>
        <w:tcBorders>
          <w:top w:val="nil"/>
          <w:left w:val="nil"/>
          <w:bottom w:val="nil"/>
          <w:right w:val="nil"/>
          <w:insideH w:val="nil"/>
          <w:insideV w:val="nil"/>
        </w:tcBorders>
        <w:shd w:val="clear" w:color="auto" w:fill="E5E3DE" w:themeFill="accent2" w:themeFillShade="99"/>
      </w:tcPr>
    </w:tblStylePr>
    <w:tblStylePr w:type="band1Vert">
      <w:tblPr/>
      <w:tcPr>
        <w:shd w:val="clear" w:color="auto" w:fill="E5E3DE" w:themeFill="accent2" w:themeFillTint="66"/>
      </w:tcPr>
    </w:tblStylePr>
    <w:tblStylePr w:type="band1Horz">
      <w:tblPr/>
      <w:tcPr>
        <w:shd w:val="clear" w:color="auto" w:fill="E5E3DE" w:themeFill="accent2" w:themeFillTint="7F"/>
      </w:tcPr>
    </w:tblStylePr>
    <w:tblStylePr w:type="neCell">
      <w:rPr>
        <w:color w:val="232323"/>
      </w:rPr>
    </w:tblStylePr>
    <w:tblStylePr w:type="nwCell">
      <w:rPr>
        <w:color w:val="232323"/>
      </w:rPr>
    </w:tblStylePr>
  </w:style>
  <w:style w:type="table" w:styleId="ColorfulShading-Accent3">
    <w:name w:val="Colorful Shading Accent 3"/>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4"/>
        <w:left w:val="single" w:sz="4" w:space="0" w:color="232323" w:themeColor="accent3"/>
        <w:bottom w:val="single" w:sz="4" w:space="0" w:color="232323" w:themeColor="accent3"/>
        <w:right w:val="single" w:sz="4" w:space="0" w:color="232323"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232323"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3" w:themeFillShade="99"/>
      </w:tcPr>
    </w:tblStylePr>
    <w:tblStylePr w:type="firstCol">
      <w:rPr>
        <w:color w:val="FFFFFF"/>
      </w:rPr>
      <w:tblPr/>
      <w:tcPr>
        <w:tcBorders>
          <w:top w:val="nil"/>
          <w:left w:val="nil"/>
          <w:bottom w:val="nil"/>
          <w:right w:val="nil"/>
          <w:insideH w:val="single" w:sz="4" w:space="0" w:color="232323" w:themeColor="accent3" w:themeShade="99"/>
          <w:insideV w:val="nil"/>
        </w:tcBorders>
        <w:shd w:val="clear" w:color="auto" w:fill="E5E3DE" w:themeFill="accent3" w:themeFillShade="99"/>
      </w:tcPr>
    </w:tblStylePr>
    <w:tblStylePr w:type="lastCol">
      <w:rPr>
        <w:color w:val="FFFFFF"/>
      </w:rPr>
      <w:tblPr/>
      <w:tcPr>
        <w:tcBorders>
          <w:top w:val="nil"/>
          <w:left w:val="nil"/>
          <w:bottom w:val="nil"/>
          <w:right w:val="nil"/>
          <w:insideH w:val="nil"/>
          <w:insideV w:val="nil"/>
        </w:tcBorders>
        <w:shd w:val="clear" w:color="auto" w:fill="E5E3DE" w:themeFill="accent3" w:themeFillShade="99"/>
      </w:tcPr>
    </w:tblStylePr>
    <w:tblStylePr w:type="band1Vert">
      <w:tblPr/>
      <w:tcPr>
        <w:shd w:val="clear" w:color="auto" w:fill="E5E3DE" w:themeFill="accent3" w:themeFillTint="66"/>
      </w:tcPr>
    </w:tblStylePr>
    <w:tblStylePr w:type="band1Horz">
      <w:tblPr/>
      <w:tcPr>
        <w:shd w:val="clear" w:color="auto" w:fill="E5E3DE" w:themeFill="accent3" w:themeFillTint="7F"/>
      </w:tcPr>
    </w:tblStylePr>
  </w:style>
  <w:style w:type="table" w:styleId="ColorfulShading-Accent4">
    <w:name w:val="Colorful Shading Accent 4"/>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3"/>
        <w:left w:val="single" w:sz="4" w:space="0" w:color="232323" w:themeColor="accent4"/>
        <w:bottom w:val="single" w:sz="4" w:space="0" w:color="232323" w:themeColor="accent4"/>
        <w:right w:val="single" w:sz="4" w:space="0" w:color="232323"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232323"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4" w:themeFillShade="99"/>
      </w:tcPr>
    </w:tblStylePr>
    <w:tblStylePr w:type="firstCol">
      <w:rPr>
        <w:color w:val="FFFFFF"/>
      </w:rPr>
      <w:tblPr/>
      <w:tcPr>
        <w:tcBorders>
          <w:top w:val="nil"/>
          <w:left w:val="nil"/>
          <w:bottom w:val="nil"/>
          <w:right w:val="nil"/>
          <w:insideH w:val="single" w:sz="4" w:space="0" w:color="232323" w:themeColor="accent4" w:themeShade="99"/>
          <w:insideV w:val="nil"/>
        </w:tcBorders>
        <w:shd w:val="clear" w:color="auto" w:fill="E5E3DE" w:themeFill="accent4" w:themeFillShade="99"/>
      </w:tcPr>
    </w:tblStylePr>
    <w:tblStylePr w:type="lastCol">
      <w:rPr>
        <w:color w:val="FFFFFF"/>
      </w:rPr>
      <w:tblPr/>
      <w:tcPr>
        <w:tcBorders>
          <w:top w:val="nil"/>
          <w:left w:val="nil"/>
          <w:bottom w:val="nil"/>
          <w:right w:val="nil"/>
          <w:insideH w:val="nil"/>
          <w:insideV w:val="nil"/>
        </w:tcBorders>
        <w:shd w:val="clear" w:color="auto" w:fill="E5E3DE"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232323"/>
      </w:rPr>
    </w:tblStylePr>
    <w:tblStylePr w:type="nwCell">
      <w:rPr>
        <w:color w:val="232323"/>
      </w:rPr>
    </w:tblStylePr>
  </w:style>
  <w:style w:type="table" w:styleId="ColorfulShading-Accent5">
    <w:name w:val="Colorful Shading Accent 5"/>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6"/>
        <w:left w:val="single" w:sz="4" w:space="0" w:color="232323" w:themeColor="accent5"/>
        <w:bottom w:val="single" w:sz="4" w:space="0" w:color="232323" w:themeColor="accent5"/>
        <w:right w:val="single" w:sz="4" w:space="0" w:color="232323"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232323"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5" w:themeFillShade="99"/>
      </w:tcPr>
    </w:tblStylePr>
    <w:tblStylePr w:type="firstCol">
      <w:rPr>
        <w:color w:val="FFFFFF"/>
      </w:rPr>
      <w:tblPr/>
      <w:tcPr>
        <w:tcBorders>
          <w:top w:val="nil"/>
          <w:left w:val="nil"/>
          <w:bottom w:val="nil"/>
          <w:right w:val="nil"/>
          <w:insideH w:val="single" w:sz="4" w:space="0" w:color="232323" w:themeColor="accent5" w:themeShade="99"/>
          <w:insideV w:val="nil"/>
        </w:tcBorders>
        <w:shd w:val="clear" w:color="auto" w:fill="E5E3DE" w:themeFill="accent5" w:themeFillShade="99"/>
      </w:tcPr>
    </w:tblStylePr>
    <w:tblStylePr w:type="lastCol">
      <w:rPr>
        <w:color w:val="FFFFFF"/>
      </w:rPr>
      <w:tblPr/>
      <w:tcPr>
        <w:tcBorders>
          <w:top w:val="nil"/>
          <w:left w:val="nil"/>
          <w:bottom w:val="nil"/>
          <w:right w:val="nil"/>
          <w:insideH w:val="nil"/>
          <w:insideV w:val="nil"/>
        </w:tcBorders>
        <w:shd w:val="clear" w:color="auto" w:fill="E5E3DE" w:themeFill="accent5" w:themeFillShade="99"/>
      </w:tcPr>
    </w:tblStylePr>
    <w:tblStylePr w:type="band1Vert">
      <w:tblPr/>
      <w:tcPr>
        <w:shd w:val="clear" w:color="auto" w:fill="E5E3DE" w:themeFill="accent5" w:themeFillTint="66"/>
      </w:tcPr>
    </w:tblStylePr>
    <w:tblStylePr w:type="band1Horz">
      <w:tblPr/>
      <w:tcPr>
        <w:shd w:val="clear" w:color="auto" w:fill="E5E3DE" w:themeFill="accent5" w:themeFillTint="7F"/>
      </w:tcPr>
    </w:tblStylePr>
    <w:tblStylePr w:type="neCell">
      <w:rPr>
        <w:color w:val="232323"/>
      </w:rPr>
    </w:tblStylePr>
    <w:tblStylePr w:type="nwCell">
      <w:rPr>
        <w:color w:val="232323"/>
      </w:rPr>
    </w:tblStylePr>
  </w:style>
  <w:style w:type="table" w:styleId="ColorfulShading-Accent6">
    <w:name w:val="Colorful Shading Accent 6"/>
    <w:basedOn w:val="TableNormal"/>
    <w:uiPriority w:val="71"/>
    <w:rsid w:val="00CB0664"/>
    <w:pPr>
      <w:spacing w:after="0" w:line="240" w:lineRule="auto"/>
    </w:pPr>
    <w:rPr>
      <w:color w:val="232323"/>
    </w:rPr>
    <w:tblPr>
      <w:tblStyleRowBandSize w:val="1"/>
      <w:tblStyleColBandSize w:val="1"/>
      <w:tblInd w:w="0" w:type="dxa"/>
      <w:tblBorders>
        <w:top w:val="single" w:sz="24" w:space="0" w:color="232323" w:themeColor="accent5"/>
        <w:left w:val="single" w:sz="4" w:space="0" w:color="232323" w:themeColor="accent6"/>
        <w:bottom w:val="single" w:sz="4" w:space="0" w:color="232323" w:themeColor="accent6"/>
        <w:right w:val="single" w:sz="4" w:space="0" w:color="232323"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232323"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E5E3DE" w:themeFill="accent6" w:themeFillShade="99"/>
      </w:tcPr>
    </w:tblStylePr>
    <w:tblStylePr w:type="firstCol">
      <w:rPr>
        <w:color w:val="FFFFFF"/>
      </w:rPr>
      <w:tblPr/>
      <w:tcPr>
        <w:tcBorders>
          <w:top w:val="nil"/>
          <w:left w:val="nil"/>
          <w:bottom w:val="nil"/>
          <w:right w:val="nil"/>
          <w:insideH w:val="single" w:sz="4" w:space="0" w:color="232323" w:themeColor="accent6" w:themeShade="99"/>
          <w:insideV w:val="nil"/>
        </w:tcBorders>
        <w:shd w:val="clear" w:color="auto" w:fill="E5E3DE" w:themeFill="accent6" w:themeFillShade="99"/>
      </w:tcPr>
    </w:tblStylePr>
    <w:tblStylePr w:type="lastCol">
      <w:rPr>
        <w:color w:val="FFFFFF"/>
      </w:rPr>
      <w:tblPr/>
      <w:tcPr>
        <w:tcBorders>
          <w:top w:val="nil"/>
          <w:left w:val="nil"/>
          <w:bottom w:val="nil"/>
          <w:right w:val="nil"/>
          <w:insideH w:val="nil"/>
          <w:insideV w:val="nil"/>
        </w:tcBorders>
        <w:shd w:val="clear" w:color="auto" w:fill="E5E3DE" w:themeFill="accent6" w:themeFillShade="99"/>
      </w:tcPr>
    </w:tblStylePr>
    <w:tblStylePr w:type="band1Vert">
      <w:tblPr/>
      <w:tcPr>
        <w:shd w:val="clear" w:color="auto" w:fill="E5E3DE" w:themeFill="accent6" w:themeFillTint="66"/>
      </w:tcPr>
    </w:tblStylePr>
    <w:tblStylePr w:type="band1Horz">
      <w:tblPr/>
      <w:tcPr>
        <w:shd w:val="clear" w:color="auto" w:fill="E5E3DE" w:themeFill="accent6" w:themeFillTint="7F"/>
      </w:tcPr>
    </w:tblStylePr>
    <w:tblStylePr w:type="neCell">
      <w:rPr>
        <w:color w:val="232323"/>
      </w:rPr>
    </w:tblStylePr>
    <w:tblStylePr w:type="nwCell">
      <w:rPr>
        <w:color w:val="232323"/>
      </w:rPr>
    </w:tblStylePr>
  </w:style>
  <w:style w:type="table" w:styleId="ColorfulList">
    <w:name w:val="Colorful List"/>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E5E3DE" w:themeFill="accent2" w:themeFillShade="CC"/>
      </w:tcPr>
    </w:tblStylePr>
    <w:tblStylePr w:type="lastRow">
      <w:rPr>
        <w:b/>
        <w:bCs/>
        <w:color w:val="232323"/>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E5E3DE" w:themeFill="accent2" w:themeFillShade="CC"/>
      </w:tcPr>
    </w:tblStylePr>
    <w:tblStylePr w:type="lastRow">
      <w:rPr>
        <w:b/>
        <w:bCs/>
        <w:color w:val="232323"/>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E5E3DE" w:themeFill="accent2" w:themeFillShade="CC"/>
      </w:tcPr>
    </w:tblStylePr>
    <w:tblStylePr w:type="lastRow">
      <w:rPr>
        <w:b/>
        <w:bCs/>
        <w:color w:val="232323"/>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E5E3DE" w:themeFill="accent4" w:themeFillShade="CC"/>
      </w:tcPr>
    </w:tblStylePr>
    <w:tblStylePr w:type="lastRow">
      <w:rPr>
        <w:b/>
        <w:bCs/>
        <w:color w:val="66645F"/>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E5E3DE" w:themeFill="accent3" w:themeFillShade="CC"/>
      </w:tcPr>
    </w:tblStylePr>
    <w:tblStylePr w:type="lastRow">
      <w:rPr>
        <w:b/>
        <w:bCs/>
        <w:color w:val="66645F"/>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E5E3DE" w:themeFill="accent6" w:themeFillShade="CC"/>
      </w:tcPr>
    </w:tblStylePr>
    <w:tblStylePr w:type="lastRow">
      <w:rPr>
        <w:b/>
        <w:bCs/>
        <w:color w:val="66645F"/>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232323"/>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E5E3DE" w:themeFill="accent5" w:themeFillShade="CC"/>
      </w:tcPr>
    </w:tblStylePr>
    <w:tblStylePr w:type="lastRow">
      <w:rPr>
        <w:b/>
        <w:bCs/>
        <w:color w:val="E11B22"/>
      </w:rPr>
      <w:tblPr/>
      <w:tcPr>
        <w:tcBorders>
          <w:top w:val="single" w:sz="12" w:space="0" w:color="23232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3DE" w:themeFill="accent6" w:themeFillTint="3F"/>
      </w:tcPr>
    </w:tblStylePr>
    <w:tblStylePr w:type="band1Horz">
      <w:tblPr/>
      <w:tcPr>
        <w:shd w:val="clear" w:color="auto" w:fill="E5E3DE" w:themeFill="accent6" w:themeFillTint="33"/>
      </w:tcPr>
    </w:tblStylePr>
  </w:style>
  <w:style w:type="table" w:styleId="ColorfulGrid">
    <w:name w:val="Colorful Grid"/>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232323"/>
      </w:rPr>
      <w:tblPr/>
      <w:tcPr>
        <w:shd w:val="clear" w:color="auto" w:fill="999999" w:themeFill="text1" w:themeFillTint="66"/>
      </w:tcPr>
    </w:tblStylePr>
    <w:tblStylePr w:type="firstCol">
      <w:rPr>
        <w:color w:val="FFFFFF"/>
      </w:rPr>
      <w:tblPr/>
      <w:tcPr>
        <w:shd w:val="clear" w:color="auto" w:fill="232323" w:themeFill="text1" w:themeFillShade="BF"/>
      </w:tcPr>
    </w:tblStylePr>
    <w:tblStylePr w:type="lastCol">
      <w:rPr>
        <w:color w:val="FFFFFF"/>
      </w:rPr>
      <w:tblPr/>
      <w:tcPr>
        <w:shd w:val="clear" w:color="auto" w:fill="232323" w:themeFill="text1" w:themeFillShade="BF"/>
      </w:tcPr>
    </w:tblStylePr>
    <w:tblStylePr w:type="band1Vert">
      <w:tblPr/>
      <w:tcPr>
        <w:shd w:val="clear" w:color="auto" w:fill="66645F" w:themeFill="text1" w:themeFillTint="7F"/>
      </w:tcPr>
    </w:tblStylePr>
    <w:tblStylePr w:type="band1Horz">
      <w:tblPr/>
      <w:tcPr>
        <w:shd w:val="clear" w:color="auto" w:fill="66645F" w:themeFill="text1" w:themeFillTint="7F"/>
      </w:tcPr>
    </w:tblStylePr>
  </w:style>
  <w:style w:type="table" w:styleId="ColorfulGrid-Accent1">
    <w:name w:val="Colorful Grid Accent 1"/>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E5E3DE" w:themeFill="accent1" w:themeFillTint="66"/>
      </w:tcPr>
    </w:tblStylePr>
    <w:tblStylePr w:type="lastRow">
      <w:rPr>
        <w:b/>
        <w:bCs/>
        <w:color w:val="232323"/>
      </w:rPr>
      <w:tblPr/>
      <w:tcPr>
        <w:shd w:val="clear" w:color="auto" w:fill="E5E3DE" w:themeFill="accent1" w:themeFillTint="66"/>
      </w:tcPr>
    </w:tblStylePr>
    <w:tblStylePr w:type="firstCol">
      <w:rPr>
        <w:color w:val="FFFFFF"/>
      </w:rPr>
      <w:tblPr/>
      <w:tcPr>
        <w:shd w:val="clear" w:color="auto" w:fill="E5E3DE" w:themeFill="accent1" w:themeFillShade="BF"/>
      </w:tcPr>
    </w:tblStylePr>
    <w:tblStylePr w:type="lastCol">
      <w:rPr>
        <w:color w:val="FFFFFF"/>
      </w:rPr>
      <w:tblPr/>
      <w:tcPr>
        <w:shd w:val="clear" w:color="auto" w:fill="E5E3DE" w:themeFill="accent1" w:themeFillShade="BF"/>
      </w:tcPr>
    </w:tblStylePr>
    <w:tblStylePr w:type="band1Vert">
      <w:tblPr/>
      <w:tcPr>
        <w:shd w:val="clear" w:color="auto" w:fill="E5E3DE" w:themeFill="accent1" w:themeFillTint="7F"/>
      </w:tcPr>
    </w:tblStylePr>
    <w:tblStylePr w:type="band1Horz">
      <w:tblPr/>
      <w:tcPr>
        <w:shd w:val="clear" w:color="auto" w:fill="E5E3DE" w:themeFill="accent1" w:themeFillTint="7F"/>
      </w:tcPr>
    </w:tblStylePr>
  </w:style>
  <w:style w:type="table" w:styleId="ColorfulGrid-Accent2">
    <w:name w:val="Colorful Grid Accent 2"/>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E3DE" w:themeFill="accent2" w:themeFillTint="66"/>
      </w:tcPr>
    </w:tblStylePr>
    <w:tblStylePr w:type="lastRow">
      <w:rPr>
        <w:b/>
        <w:bCs/>
        <w:color w:val="232323"/>
      </w:rPr>
      <w:tblPr/>
      <w:tcPr>
        <w:shd w:val="clear" w:color="auto" w:fill="E5E3DE" w:themeFill="accent2" w:themeFillTint="66"/>
      </w:tcPr>
    </w:tblStylePr>
    <w:tblStylePr w:type="firstCol">
      <w:rPr>
        <w:color w:val="FFFFFF"/>
      </w:rPr>
      <w:tblPr/>
      <w:tcPr>
        <w:shd w:val="clear" w:color="auto" w:fill="E5E3DE" w:themeFill="accent2" w:themeFillShade="BF"/>
      </w:tcPr>
    </w:tblStylePr>
    <w:tblStylePr w:type="lastCol">
      <w:rPr>
        <w:color w:val="FFFFFF"/>
      </w:rPr>
      <w:tblPr/>
      <w:tcPr>
        <w:shd w:val="clear" w:color="auto" w:fill="E5E3DE" w:themeFill="accent2" w:themeFillShade="BF"/>
      </w:tcPr>
    </w:tblStylePr>
    <w:tblStylePr w:type="band1Vert">
      <w:tblPr/>
      <w:tcPr>
        <w:shd w:val="clear" w:color="auto" w:fill="E5E3DE" w:themeFill="accent2" w:themeFillTint="7F"/>
      </w:tcPr>
    </w:tblStylePr>
    <w:tblStylePr w:type="band1Horz">
      <w:tblPr/>
      <w:tcPr>
        <w:shd w:val="clear" w:color="auto" w:fill="E5E3DE" w:themeFill="accent2" w:themeFillTint="7F"/>
      </w:tcPr>
    </w:tblStylePr>
  </w:style>
  <w:style w:type="table" w:styleId="ColorfulGrid-Accent3">
    <w:name w:val="Colorful Grid Accent 3"/>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E5E3DE" w:themeFill="accent3" w:themeFillTint="66"/>
      </w:tcPr>
    </w:tblStylePr>
    <w:tblStylePr w:type="lastRow">
      <w:rPr>
        <w:b/>
        <w:bCs/>
        <w:color w:val="232323"/>
      </w:rPr>
      <w:tblPr/>
      <w:tcPr>
        <w:shd w:val="clear" w:color="auto" w:fill="E5E3DE" w:themeFill="accent3" w:themeFillTint="66"/>
      </w:tcPr>
    </w:tblStylePr>
    <w:tblStylePr w:type="firstCol">
      <w:rPr>
        <w:color w:val="FFFFFF"/>
      </w:rPr>
      <w:tblPr/>
      <w:tcPr>
        <w:shd w:val="clear" w:color="auto" w:fill="E5E3DE" w:themeFill="accent3" w:themeFillShade="BF"/>
      </w:tcPr>
    </w:tblStylePr>
    <w:tblStylePr w:type="lastCol">
      <w:rPr>
        <w:color w:val="FFFFFF"/>
      </w:rPr>
      <w:tblPr/>
      <w:tcPr>
        <w:shd w:val="clear" w:color="auto" w:fill="E5E3DE" w:themeFill="accent3" w:themeFillShade="BF"/>
      </w:tcPr>
    </w:tblStylePr>
    <w:tblStylePr w:type="band1Vert">
      <w:tblPr/>
      <w:tcPr>
        <w:shd w:val="clear" w:color="auto" w:fill="E5E3DE" w:themeFill="accent3" w:themeFillTint="7F"/>
      </w:tcPr>
    </w:tblStylePr>
    <w:tblStylePr w:type="band1Horz">
      <w:tblPr/>
      <w:tcPr>
        <w:shd w:val="clear" w:color="auto" w:fill="E5E3DE" w:themeFill="accent3" w:themeFillTint="7F"/>
      </w:tcPr>
    </w:tblStylePr>
  </w:style>
  <w:style w:type="table" w:styleId="ColorfulGrid-Accent4">
    <w:name w:val="Colorful Grid Accent 4"/>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232323"/>
      </w:rPr>
      <w:tblPr/>
      <w:tcPr>
        <w:shd w:val="clear" w:color="auto" w:fill="CCC0D9" w:themeFill="accent4" w:themeFillTint="66"/>
      </w:tcPr>
    </w:tblStylePr>
    <w:tblStylePr w:type="firstCol">
      <w:rPr>
        <w:color w:val="FFFFFF"/>
      </w:rPr>
      <w:tblPr/>
      <w:tcPr>
        <w:shd w:val="clear" w:color="auto" w:fill="E5E3DE" w:themeFill="accent4" w:themeFillShade="BF"/>
      </w:tcPr>
    </w:tblStylePr>
    <w:tblStylePr w:type="lastCol">
      <w:rPr>
        <w:color w:val="FFFFFF"/>
      </w:rPr>
      <w:tblPr/>
      <w:tcPr>
        <w:shd w:val="clear" w:color="auto" w:fill="E5E3DE"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E5E3DE" w:themeFill="accent5" w:themeFillTint="66"/>
      </w:tcPr>
    </w:tblStylePr>
    <w:tblStylePr w:type="lastRow">
      <w:rPr>
        <w:b/>
        <w:bCs/>
        <w:color w:val="232323"/>
      </w:rPr>
      <w:tblPr/>
      <w:tcPr>
        <w:shd w:val="clear" w:color="auto" w:fill="E5E3DE" w:themeFill="accent5" w:themeFillTint="66"/>
      </w:tcPr>
    </w:tblStylePr>
    <w:tblStylePr w:type="firstCol">
      <w:rPr>
        <w:color w:val="FFFFFF"/>
      </w:rPr>
      <w:tblPr/>
      <w:tcPr>
        <w:shd w:val="clear" w:color="auto" w:fill="E5E3DE" w:themeFill="accent5" w:themeFillShade="BF"/>
      </w:tcPr>
    </w:tblStylePr>
    <w:tblStylePr w:type="lastCol">
      <w:rPr>
        <w:color w:val="FFFFFF"/>
      </w:rPr>
      <w:tblPr/>
      <w:tcPr>
        <w:shd w:val="clear" w:color="auto" w:fill="E5E3DE" w:themeFill="accent5" w:themeFillShade="BF"/>
      </w:tcPr>
    </w:tblStylePr>
    <w:tblStylePr w:type="band1Vert">
      <w:tblPr/>
      <w:tcPr>
        <w:shd w:val="clear" w:color="auto" w:fill="E5E3DE" w:themeFill="accent5" w:themeFillTint="7F"/>
      </w:tcPr>
    </w:tblStylePr>
    <w:tblStylePr w:type="band1Horz">
      <w:tblPr/>
      <w:tcPr>
        <w:shd w:val="clear" w:color="auto" w:fill="E5E3DE" w:themeFill="accent5" w:themeFillTint="7F"/>
      </w:tcPr>
    </w:tblStylePr>
  </w:style>
  <w:style w:type="table" w:styleId="ColorfulGrid-Accent6">
    <w:name w:val="Colorful Grid Accent 6"/>
    <w:basedOn w:val="TableNormal"/>
    <w:uiPriority w:val="73"/>
    <w:rsid w:val="00CB0664"/>
    <w:pPr>
      <w:spacing w:after="0" w:line="240" w:lineRule="auto"/>
    </w:pPr>
    <w:rPr>
      <w:color w:val="232323"/>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E3DE" w:themeFill="accent6" w:themeFillTint="33"/>
    </w:tcPr>
    <w:tblStylePr w:type="firstRow">
      <w:rPr>
        <w:b/>
        <w:bCs/>
      </w:rPr>
      <w:tblPr/>
      <w:tcPr>
        <w:shd w:val="clear" w:color="auto" w:fill="E5E3DE" w:themeFill="accent6" w:themeFillTint="66"/>
      </w:tcPr>
    </w:tblStylePr>
    <w:tblStylePr w:type="lastRow">
      <w:rPr>
        <w:b/>
        <w:bCs/>
        <w:color w:val="232323"/>
      </w:rPr>
      <w:tblPr/>
      <w:tcPr>
        <w:shd w:val="clear" w:color="auto" w:fill="E5E3DE" w:themeFill="accent6" w:themeFillTint="66"/>
      </w:tcPr>
    </w:tblStylePr>
    <w:tblStylePr w:type="firstCol">
      <w:rPr>
        <w:color w:val="FFFFFF"/>
      </w:rPr>
      <w:tblPr/>
      <w:tcPr>
        <w:shd w:val="clear" w:color="auto" w:fill="E5E3DE" w:themeFill="accent6" w:themeFillShade="BF"/>
      </w:tcPr>
    </w:tblStylePr>
    <w:tblStylePr w:type="lastCol">
      <w:rPr>
        <w:color w:val="FFFFFF"/>
      </w:rPr>
      <w:tblPr/>
      <w:tcPr>
        <w:shd w:val="clear" w:color="auto" w:fill="E5E3DE" w:themeFill="accent6" w:themeFillShade="BF"/>
      </w:tcPr>
    </w:tblStylePr>
    <w:tblStylePr w:type="band1Vert">
      <w:tblPr/>
      <w:tcPr>
        <w:shd w:val="clear" w:color="auto" w:fill="E5E3DE" w:themeFill="accent6" w:themeFillTint="7F"/>
      </w:tcPr>
    </w:tblStylePr>
    <w:tblStylePr w:type="band1Horz">
      <w:tblPr/>
      <w:tcPr>
        <w:shd w:val="clear" w:color="auto" w:fill="E5E3DE"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eader" Target="header2.xml"/><Relationship Id="rId13" Type="http://schemas.openxmlformats.org/officeDocument/2006/relationships/footer" Target="footer1.xml"/></Relationships>
</file>

<file path=word/_rels/fontTable.xml.rels><?xml version='1.0' encoding='UTF-8' standalone='yes'?>
<Relationships xmlns="http://schemas.openxmlformats.org/package/2006/relationships"><Relationship Id="rIdWESTinosregular" Type="http://schemas.openxmlformats.org/officeDocument/2006/relationships/font" Target="fonts/Tinos-regular.odttf"/><Relationship Id="rIdWESTinosbold" Type="http://schemas.openxmlformats.org/officeDocument/2006/relationships/font" Target="fonts/Tinos-bold.odttf"/><Relationship Id="rIdWESTinositalic" Type="http://schemas.openxmlformats.org/officeDocument/2006/relationships/font" Target="fonts/Tinos-italic.odttf"/><Relationship Id="rIdWESTinosboldItalic" Type="http://schemas.openxmlformats.org/officeDocument/2006/relationships/font" Target="fonts/Tinos-boldItalic.odttf"/><Relationship Id="rIdWESRobotoregular" Type="http://schemas.openxmlformats.org/officeDocument/2006/relationships/font" Target="fonts/Roboto-regular.odttf"/><Relationship Id="rIdWESRobotobold" Type="http://schemas.openxmlformats.org/officeDocument/2006/relationships/font" Target="fonts/Roboto-bold.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WES Group">
      <a:dk1>
        <a:srgbClr val="232323"/>
      </a:dk1>
      <a:lt1>
        <a:srgbClr val="FFFFFF"/>
      </a:lt1>
      <a:dk2>
        <a:srgbClr val="66645F"/>
      </a:dk2>
      <a:lt2>
        <a:srgbClr val="E5E3DE"/>
      </a:lt2>
      <a:accent1>
        <a:srgbClr val="E11B22"/>
      </a:accent1>
      <a:accent2>
        <a:srgbClr val="232323"/>
      </a:accent2>
      <a:accent3>
        <a:srgbClr val="E5E3DE"/>
      </a:accent3>
      <a:accent4>
        <a:srgbClr val="66645F"/>
      </a:accent4>
      <a:accent5>
        <a:srgbClr val="E11B22"/>
      </a:accent5>
      <a:accent6>
        <a:srgbClr val="F7F6F2"/>
      </a:accent6>
      <a:hlink>
        <a:srgbClr val="E11B22"/>
      </a:hlink>
      <a:folHlink>
        <a:srgbClr val="E11B22"/>
      </a:folHlink>
    </a:clrScheme>
    <a:fontScheme name="WES Tinos Roboto">
      <a:majorFont>
        <a:latin typeface="Tinos"/>
        <a:ea typeface=""/>
        <a:cs typeface=""/>
        <a:font script="Jpan" typeface="ＭＳ ゴシック"/>
        <a:font script="Hang" typeface="맑은 고딕"/>
        <a:font script="Hans" typeface="宋体"/>
        <a:font script="Hant" typeface="新細明體"/>
        <a:font script="Arab" typeface="Tinos"/>
        <a:font script="Hebr" typeface="Tinos"/>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nos"/>
        <a:font script="Uigh" typeface="Microsoft Uighur"/>
        <a:font script="Geor" typeface="Sylfaen"/>
      </a:majorFont>
      <a:minorFont>
        <a:latin typeface="Roboto"/>
        <a:ea typeface=""/>
        <a:cs typeface=""/>
        <a:font script="Jpan" typeface="ＭＳ 明朝"/>
        <a:font script="Hang" typeface="맑은 고딕"/>
        <a:font script="Hans" typeface="宋体"/>
        <a:font script="Hant" typeface="新細明體"/>
        <a:font script="Arab" typeface="Roboto"/>
        <a:font script="Hebr" typeface="Robot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Roboto"/>
        <a:font script="Uigh" typeface="Microsoft Uighur"/>
        <a:font script="Geor" typeface="Sylfaen"/>
      </a:minorFont>
    </a:fontScheme>
    <a:fmtScheme name="Office">
      <a:fillStyleLst>
        <a:solidFill>
          <a:schemeClr val="phClr"/>
        </a:solidFill>
        <a:gradFill rotWithShape="1">
          <a:gsLst>
            <a:gs pos="0">
              <a:schemeClr val="phClr">
                <a:tint val="50000"/>
                <a:satMod val="232323"/>
              </a:schemeClr>
            </a:gs>
            <a:gs pos="35000">
              <a:schemeClr val="phClr">
                <a:tint val="37000"/>
                <a:satMod val="232323"/>
              </a:schemeClr>
            </a:gs>
            <a:gs pos="100000">
              <a:schemeClr val="phClr">
                <a:tint val="15000"/>
                <a:satMod val="232323"/>
              </a:schemeClr>
            </a:gs>
          </a:gsLst>
          <a:lin ang="16200000" scaled="1"/>
        </a:gradFill>
        <a:gradFill rotWithShape="1">
          <a:gsLst>
            <a:gs pos="0">
              <a:schemeClr val="phClr">
                <a:tint val="100000"/>
                <a:shade val="100000"/>
                <a:satMod val="130000"/>
              </a:schemeClr>
            </a:gs>
            <a:gs pos="100000">
              <a:schemeClr val="phClr">
                <a:tint val="50000"/>
                <a:shade val="100000"/>
                <a:satMod val="232323"/>
              </a:schemeClr>
            </a:gs>
          </a:gsLst>
          <a:lin ang="16200000" scaled="0"/>
        </a:gradFill>
      </a:fillStyleLst>
      <a:lnStyleLst>
        <a:ln w="9525" cap="flat" cmpd="sng" algn="ctr">
          <a:solidFill>
            <a:schemeClr val="phClr">
              <a:shade val="95000"/>
              <a:satMod val="232323"/>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232323">
                <a:alpha val="38000"/>
              </a:srgbClr>
            </a:outerShdw>
          </a:effectLst>
        </a:effectStyle>
        <a:effectStyle>
          <a:effectLst>
            <a:outerShdw blurRad="40000" dist="23000" dir="5400000" rotWithShape="0">
              <a:srgbClr val="232323">
                <a:alpha val="35000"/>
              </a:srgbClr>
            </a:outerShdw>
          </a:effectLst>
        </a:effectStyle>
        <a:effectStyle>
          <a:effectLst>
            <a:outerShdw blurRad="40000" dist="23000" dir="5400000" rotWithShape="0">
              <a:srgbClr val="232323">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232323"/>
              </a:schemeClr>
            </a:gs>
            <a:gs pos="40000">
              <a:schemeClr val="phClr">
                <a:tint val="45000"/>
                <a:shade val="99000"/>
                <a:satMod val="232323"/>
              </a:schemeClr>
            </a:gs>
            <a:gs pos="100000">
              <a:schemeClr val="phClr">
                <a:shade val="20000"/>
                <a:satMod val="232323"/>
              </a:schemeClr>
            </a:gs>
          </a:gsLst>
          <a:path path="circle">
            <a:fillToRect l="50000" t="-80000" r="50000" b="180000"/>
          </a:path>
        </a:gradFill>
        <a:gradFill rotWithShape="1">
          <a:gsLst>
            <a:gs pos="0">
              <a:schemeClr val="phClr">
                <a:tint val="80000"/>
                <a:satMod val="232323"/>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 positioning brief</dc:title>
  <dc:subject>Reusable WES Group report with a replaceable project focus image</dc:subject>
  <dc:creator>WES Group</dc:creator>
  <cp:keywords>WES Group, brand positioning, reusable template</cp:keywords>
  <dc:description>generated by python-docx</dc:description>
  <cp:lastModifiedBy>WES Group</cp:lastModifiedBy>
  <cp:revision>1</cp:revision>
  <dcterms:created xsi:type="dcterms:W3CDTF">2013-12-23T23:15:00Z</dcterms:created>
  <dcterms:modified xsi:type="dcterms:W3CDTF">2013-12-23T23:15:00Z</dcterms:modified>
  <cp:category/>
</cp:coreProperties>
</file>